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เพื่อกำหนดแนวทางการบำรุงรักษาระบบหลังจากส่งมอบและเปิดใช้งานจริง ครอบคลุมการแก้ไขข้อผิดพลาด การปรับปรุง และการป้องกัน เพื่อให้ระบบมีความเสถียร ปลอดภัย ต่อเนื่อง และสอดคล้องกับความต้องการของผู้ใช้งาน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ขอบเขตการบำรุงรักษา (Maintenance Scope)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42"/>
        <w:gridCol w:w="8229"/>
      </w:tblGrid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Type</w:t>
            </w:r>
          </w:p>
        </w:tc>
      </w:tr>
      <w:tr>
        <w:trPr>
          <w:trHeight w:hRule="exact" w:val="434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MD-001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Web Server (PHP 8, Apache, Linux Server)</w:t>
            </w:r>
          </w:p>
        </w:tc>
      </w:tr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MD-002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Application Modules (11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MD-003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(MariaDB —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436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MD-004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MD-005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Real-time &amp; Scheduler Services (Node.js, Socket.IO, pm2)</w:t>
            </w:r>
          </w:p>
        </w:tc>
      </w:tr>
      <w:tr>
        <w:trPr>
          <w:trHeight w:hRule="exact" w:val="45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MD-006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Components: Git Server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690"/>
        </w:trPr>
        <w:tc>
          <w:tcPr>
            <w:tcW w:type="dxa" w:w="8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MD-007</w:t>
            </w:r>
          </w:p>
        </w:tc>
        <w:tc>
          <w:tcPr>
            <w:tcW w:type="dxa" w:w="82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Repository (Backup): Git Remote สำรอง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และชุดสำรองฐานข้อมูลบนคลาวด์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ประเภทการบำรุงรักษา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80"/>
        <w:gridCol w:w="2463"/>
        <w:gridCol w:w="5928"/>
      </w:tblGrid>
      <w:tr>
        <w:trPr>
          <w:trHeight w:hRule="exact" w:val="450"/>
        </w:trPr>
        <w:tc>
          <w:tcPr>
            <w:tcW w:type="dxa" w:w="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5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Corrective Maintenance</w:t>
            </w:r>
          </w:p>
        </w:tc>
        <w:tc>
          <w:tcPr>
            <w:tcW w:type="dxa" w:w="5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(Bug Fix)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Adaptive Maintenance</w:t>
            </w:r>
          </w:p>
        </w:tc>
        <w:tc>
          <w:tcPr>
            <w:tcW w:type="dxa" w:w="5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ปรับระบบให้รองรับ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หรือระบบปฏิบัติ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ารรุ่นใหม่</w:t>
            </w:r>
          </w:p>
        </w:tc>
      </w:tr>
      <w:tr>
        <w:trPr>
          <w:trHeight w:hRule="exact" w:val="434"/>
        </w:trPr>
        <w:tc>
          <w:tcPr>
            <w:tcW w:type="dxa" w:w="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Preventive Maintenance</w:t>
            </w:r>
          </w:p>
        </w:tc>
        <w:tc>
          <w:tcPr>
            <w:tcW w:type="dxa" w:w="5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(Patch Security)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กิจกรรมการบำรุงรักษา (Maintenance Activities)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520"/>
        <w:gridCol w:w="4131"/>
        <w:gridCol w:w="1496"/>
        <w:gridCol w:w="1322"/>
      </w:tblGrid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688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Error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Log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Log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้อผิดพลาดที่พบ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รายสัปดาห์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2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Patch Security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ปรับปรุงแพตช์ความปลอดภัยของ PHP, MariaDB, Node.js และใบรับรอง TLS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รายเดือน หรือเมื่อมี Critical Patch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94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Backup &amp; Recovery Test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ตรวจสอบชุดสำรองรายวันและทดสอบ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สำรองทุกวัน ทดสอบกู้คืนทุกไตรมาส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7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Monitor Uptime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ตรวจสอบความพร้อมใช้งานของเว็บ ฐานข้อมูล และบริการ Node.js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 5 นาที (อัตโนมัติ)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ตรวจสอบว่างานสรุปยอดสต๊อ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และงานแจ้งเตือนทำงาน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รายวัน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Admin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Support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Training</w:t>
            </w:r>
          </w:p>
        </w:tc>
        <w:tc>
          <w:tcPr>
            <w:tcW w:type="dxa" w:w="41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สนับสนุนผู้ใช้งาน ปรับปรุงคู่มือ และอบรมเมื่อมีการปรับปรุงระบบ</w:t>
            </w:r>
          </w:p>
        </w:tc>
        <w:tc>
          <w:tcPr>
            <w:tcW w:type="dxa" w:w="1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ทุกครั้งที่มี Release ใหม่</w:t>
            </w:r>
          </w:p>
        </w:tc>
        <w:tc>
          <w:tcPr>
            <w:tcW w:type="dxa" w:w="13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ข้อตกลงระดับการให้บริการ (Service Level Agreement)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472"/>
        <w:gridCol w:w="4263"/>
        <w:gridCol w:w="2734"/>
      </w:tblGrid>
      <w:tr>
        <w:trPr>
          <w:trHeight w:hRule="exact" w:val="43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ระดับปัญหา</w:t>
            </w:r>
          </w:p>
        </w:tc>
        <w:tc>
          <w:tcPr>
            <w:tcW w:type="dxa" w:w="4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Incident Critical</w:t>
            </w:r>
          </w:p>
        </w:tc>
        <w:tc>
          <w:tcPr>
            <w:tcW w:type="dxa" w:w="4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ระบบไม่สามารถใช้งานได้ หรือกระทบความปลอดภัยและความถูกต้องของข้อมูล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Major Issue</w:t>
            </w:r>
          </w:p>
        </w:tc>
        <w:tc>
          <w:tcPr>
            <w:tcW w:type="dxa" w:w="4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ฟังก์ชันสำคัญใช้งานไม่ได้ แต่มีทางเลี่ยงชั่วคราว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Minor Issue</w:t>
            </w:r>
          </w:p>
        </w:tc>
        <w:tc>
          <w:tcPr>
            <w:tcW w:type="dxa" w:w="4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ปัญหาที่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น้อย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Feature Request</w:t>
            </w:r>
          </w:p>
        </w:tc>
        <w:tc>
          <w:tcPr>
            <w:tcW w:type="dxa" w:w="42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ารเพิ่มเติมนอ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ตเดิม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พิจารณาใน Release ถัดไปผ่าน Change Report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แนวทางการแก้ไขและปรับปรุงระบบ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01"/>
        <w:gridCol w:w="1785"/>
        <w:gridCol w:w="6684"/>
      </w:tblGrid>
      <w:tr>
        <w:trPr>
          <w:trHeight w:hRule="exact" w:val="43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Manager Class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ที่รับผิดชอบจา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Components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โดยตรง</w:t>
            </w:r>
          </w:p>
        </w:tc>
      </w:tr>
      <w:tr>
        <w:trPr>
          <w:trHeight w:hRule="exact" w:val="69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(28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เพื่อไม่ให้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หากกระทบขอบเขตหรือ Baseline ที่ส่งมอบแล้ว ต้องจัดทำ Change Report ก่อนดำเนินการ</w:t>
            </w:r>
          </w:p>
        </w:tc>
      </w:tr>
      <w:tr>
        <w:trPr>
          <w:trHeight w:hRule="exact" w:val="436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สะท้อนการเปลี่ยนแปลงโครงสร้างใน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และตาราง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schema_migrations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เสมอ</w:t>
            </w:r>
          </w:p>
        </w:tc>
      </w:tr>
      <w:tr>
        <w:trPr>
          <w:trHeight w:hRule="exact" w:val="450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ทดสอบด้วย Test Case ที่เกี่ยวข้อง แล้วบันทึกผลใน Correction Register</w:t>
            </w:r>
          </w:p>
        </w:tc>
      </w:tr>
      <w:tr>
        <w:trPr>
          <w:trHeight w:hRule="exact" w:val="704"/>
        </w:trPr>
        <w:tc>
          <w:tcPr>
            <w:tcW w:type="dxa" w:w="6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7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ปรับปรุงชุดสำรอง</w:t>
            </w:r>
          </w:p>
        </w:tc>
        <w:tc>
          <w:tcPr>
            <w:tcW w:type="dxa" w:w="6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ซิงก์การเปลี่ยนแปลงไปยัง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