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Product Operation Guide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คู่มือฉบับนี้จัดทำขึ้นเพื่อเป็นแนวทางสำหรับผู้ดูแลระบบ (System Administrator) ในการติดตั้ง ตั้งค่า เฝ้าระวัง สำรองข้อมูล และกู้คืนระบบบริหารจัดการคลังสินค้า เพื่อให้การปฏิบัติงานมีมาตรฐานและกู้คืนระบบได้อย่างรวดเร็ว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ทางเลือกในการติดตั้ง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977"/>
        <w:gridCol w:w="4502"/>
        <w:gridCol w:w="1990"/>
      </w:tblGrid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1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ไฟล์อ้างอิง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แนะนำ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 Compose: php-apache, mariadb, node/pm2</w:t>
            </w:r>
          </w:p>
        </w:tc>
        <w:tc>
          <w:tcPr>
            <w:tcW w:type="dxa" w:w="1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20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</w:t>
            </w:r>
          </w:p>
        </w:tc>
        <w:tc>
          <w:tcPr>
            <w:tcW w:type="dxa" w:w="1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44" w:after="0"/>
              <w:ind w:left="12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ขั้นตอนการติดตั้งแบบ Container</w:t>
      </w:r>
    </w:p>
    <w:p>
      <w:pPr>
        <w:autoSpaceDN w:val="0"/>
        <w:tabs>
          <w:tab w:pos="652" w:val="left"/>
        </w:tabs>
        <w:autoSpaceDE w:val="0"/>
        <w:widowControl/>
        <w:spacing w:line="300" w:lineRule="exact" w:before="13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คัดลอก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.env.example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เป็น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หรือรันสคริปต์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docker/init-env.sh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ซึ่งจะสอบถามรหัสผ่านฐานข้อมูล ชื่อโฮสต์สาธารณะ ค่า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 โดยค่าที่เว้นว่างระบบจะสุ่มให้อัตโนมัติ</w:t>
      </w:r>
    </w:p>
    <w:p>
      <w:pPr>
        <w:autoSpaceDN w:val="0"/>
        <w:autoSpaceDE w:val="0"/>
        <w:widowControl/>
        <w:spacing w:line="246" w:lineRule="exact" w:before="114" w:after="0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รันคำสั่ง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 compose up -d --build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เพื่อสร้างและเริ่มบริการทั้งสามส่วน</w:t>
      </w:r>
    </w:p>
    <w:p>
      <w:pPr>
        <w:autoSpaceDN w:val="0"/>
        <w:tabs>
          <w:tab w:pos="652" w:val="left"/>
        </w:tabs>
        <w:autoSpaceDE w:val="0"/>
        <w:widowControl/>
        <w:spacing w:line="314" w:lineRule="exact" w:before="46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ตรวจสอบว่า Container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php-apache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สร้างไฟล์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จาก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เรียบร้อยแล้ว โดยไฟล์นี้ไม่ถูกเก็บใน Repository และไม่ฝังอยู่ใน Image</w:t>
      </w:r>
    </w:p>
    <w:p>
      <w:pPr>
        <w:autoSpaceDN w:val="0"/>
        <w:autoSpaceDE w:val="0"/>
        <w:widowControl/>
        <w:spacing w:line="244" w:lineRule="exact" w:before="116" w:after="0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ตรวจสอบว่าฐานข้อมูล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ถูกสร้างครบถ้วน และเข้าใช้งานระบบผ่านชื่อโฮสต์ที่กำหนดได้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ขั้นตอนการติดตั้งแบบ Manual</w:t>
      </w:r>
    </w:p>
    <w:p>
      <w:pPr>
        <w:autoSpaceDN w:val="0"/>
        <w:autoSpaceDE w:val="0"/>
        <w:widowControl/>
        <w:spacing w:line="244" w:lineRule="exact" w:before="170" w:after="0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เตรียมเครื่องแม่ข่าย Linux ที่ติดตั้ง PHP 8 ขึ้นไป, MariaDB และ Node.js</w:t>
      </w:r>
    </w:p>
    <w:p>
      <w:pPr>
        <w:autoSpaceDN w:val="0"/>
        <w:tabs>
          <w:tab w:pos="652" w:val="left"/>
        </w:tabs>
        <w:autoSpaceDE w:val="0"/>
        <w:widowControl/>
        <w:spacing w:line="316" w:lineRule="exact" w:before="44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ตั้งค่าไฟล์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ได้แก่ ข้อมูลเชื่อมต่อฐานข้อมูล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NODE_PUBLIC_URL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</w:t>
      </w:r>
    </w:p>
    <w:p>
      <w:pPr>
        <w:autoSpaceDN w:val="0"/>
        <w:autoSpaceDE w:val="0"/>
        <w:widowControl/>
        <w:spacing w:line="246" w:lineRule="exact" w:before="114" w:after="1628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รัน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setup.php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หนึ่งครั้งเพื่อสร้างโครงสร้างฐานข้อมูลทั้งหมด</w:t>
      </w:r>
    </w:p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เริ่มบริการ Node.js (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nodejs/server.js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nodejs/scheduler.js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) ด้วย pm2 ตามไฟล์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การตั้งค่าระบบ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206"/>
        <w:gridCol w:w="3766"/>
        <w:gridCol w:w="3099"/>
      </w:tblGrid>
      <w:tr>
        <w:trPr>
          <w:trHeight w:hRule="exact" w:val="452"/>
        </w:trPr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ที่ตั้ง</w:t>
            </w:r>
          </w:p>
        </w:tc>
        <w:tc>
          <w:tcPr>
            <w:tcW w:type="dxa" w:w="3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หมายเหตุ</w:t>
            </w:r>
          </w:p>
        </w:tc>
      </w:tr>
      <w:tr>
        <w:trPr>
          <w:trHeight w:hRule="exact" w:val="436"/>
        </w:trPr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3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app/config.php</w:t>
            </w:r>
          </w:p>
        </w:tc>
        <w:tc>
          <w:tcPr>
            <w:tcW w:type="dxa" w:w="3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สร้างขึ้นตอนติดตั้ง ไม่นำเข้า Repository</w:t>
            </w:r>
          </w:p>
        </w:tc>
      </w:tr>
      <w:tr>
        <w:trPr>
          <w:trHeight w:hRule="exact" w:val="448"/>
        </w:trPr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องสภาพแวดล้อม</w:t>
            </w:r>
          </w:p>
        </w:tc>
        <w:tc>
          <w:tcPr>
            <w:tcW w:type="dxa" w:w="3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(Docker) หรือตัวแปรสภาพแวดล้อม (Manual)</w:t>
            </w:r>
          </w:p>
        </w:tc>
        <w:tc>
          <w:tcPr>
            <w:tcW w:type="dxa" w:w="3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ยกเว้นจาก Git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.gitignore</w:t>
            </w:r>
          </w:p>
        </w:tc>
      </w:tr>
      <w:tr>
        <w:trPr>
          <w:trHeight w:hRule="exact" w:val="452"/>
        </w:trPr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่าระดับบริษัท</w:t>
            </w:r>
          </w:p>
        </w:tc>
        <w:tc>
          <w:tcPr>
            <w:tcW w:type="dxa" w:w="3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เมนูตั้งค่าในระบบ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app/setting/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3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</w:tr>
      <w:tr>
        <w:trPr>
          <w:trHeight w:hRule="exact" w:val="448"/>
        </w:trPr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</w:p>
        </w:tc>
        <w:tc>
          <w:tcPr>
            <w:tcW w:type="dxa" w:w="3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$time_zone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ใน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app/config.php</w:t>
            </w:r>
          </w:p>
        </w:tc>
        <w:tc>
          <w:tcPr>
            <w:tcW w:type="dxa" w:w="3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กำหนดเป็น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การเฝ้าระวังระบบ (Monitoring)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697"/>
        <w:gridCol w:w="5180"/>
        <w:gridCol w:w="1592"/>
      </w:tblGrid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5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วามถี่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บริการเว็บแอปพลิเคชัน</w:t>
            </w:r>
          </w:p>
        </w:tc>
        <w:tc>
          <w:tcPr>
            <w:tcW w:type="dxa" w:w="5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ตรวจสอบว่าระบบตอบสนองและผู้ใช้เ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้าสู่ระบบได้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 5 นาที (อัตโนมัติ)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5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ตรวจสอบว่าฐานข้อมูล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เชื่อมต่อได้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 5 นาที (อัตโนมัติ)</w:t>
            </w:r>
          </w:p>
        </w:tc>
      </w:tr>
      <w:tr>
        <w:trPr>
          <w:trHeight w:hRule="exact" w:val="70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</w:t>
            </w:r>
          </w:p>
        </w:tc>
        <w:tc>
          <w:tcPr>
            <w:tcW w:type="dxa" w:w="5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ตรวจสอบสถานะ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ภายใต้ pm2 และตรวจ Log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nodejs/logs/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 5 นาที (อัตโนมัติ)</w:t>
            </w:r>
          </w:p>
        </w:tc>
      </w:tr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5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ตรวจสอบว่างานสรุปยอดและงานแจ้งเตือนทำงาน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รบและไม่ซ้ำซ้อน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6" w:lineRule="exact" w:before="25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เมื่อการตรวจสอบล้มเหลวติดต่อกัน 2 ครั้ง ระบบจะส่งอีเมลแจ้งเตือนผู้ดูแลระบบ โดย pm2 จะพยายามเริ่มบริการใหม่เป็นลำดับแรก หากไม่สามารถกู้คืนบริการได้ภายใน 30 นาที ผู้ดูแลระบบต้องแจ้งผู้จัดการโครงการ และหากเหตุขัดข้องเกิน 2 ชั่วโมงหรือกระทบการดำเนินธุรกิจอย่างมีนัยสำคัญ ต้องแจ้ง Project Sponsor</w:t>
      </w:r>
    </w:p>
    <w:p>
      <w:pPr>
        <w:autoSpaceDN w:val="0"/>
        <w:autoSpaceDE w:val="0"/>
        <w:widowControl/>
        <w:spacing w:line="268" w:lineRule="exact" w:before="398" w:after="13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การสำรองข้อมูลและการกู้คืน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857"/>
        <w:gridCol w:w="3015"/>
        <w:gridCol w:w="2057"/>
        <w:gridCol w:w="2142"/>
      </w:tblGrid>
      <w:tr>
        <w:trPr>
          <w:trHeight w:hRule="exact" w:val="450"/>
        </w:trPr>
        <w:tc>
          <w:tcPr>
            <w:tcW w:type="dxa" w:w="18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0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</w:t>
            </w:r>
          </w:p>
        </w:tc>
        <w:tc>
          <w:tcPr>
            <w:tcW w:type="dxa" w:w="2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</w:tr>
      <w:tr>
        <w:trPr>
          <w:trHeight w:hRule="exact" w:val="690"/>
        </w:trPr>
        <w:tc>
          <w:tcPr>
            <w:tcW w:type="dxa" w:w="18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่าแม่แบบ</w:t>
            </w:r>
          </w:p>
        </w:tc>
        <w:tc>
          <w:tcPr>
            <w:tcW w:type="dxa" w:w="3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2 Remote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origin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backup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20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ทุกครั้งที่ส่งมอบหรือปรับ Baseline</w:t>
            </w:r>
          </w:p>
        </w:tc>
        <w:tc>
          <w:tcPr>
            <w:tcW w:type="dxa" w:w="2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</w:t>
            </w:r>
          </w:p>
        </w:tc>
      </w:tr>
      <w:tr>
        <w:trPr>
          <w:trHeight w:hRule="exact" w:val="690"/>
        </w:trPr>
        <w:tc>
          <w:tcPr>
            <w:tcW w:type="dxa" w:w="18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</w:p>
        </w:tc>
        <w:tc>
          <w:tcPr>
            <w:tcW w:type="dxa" w:w="3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อัตโนมัติไปยังพื้นที่จัดเ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  <w:tc>
          <w:tcPr>
            <w:tcW w:type="dxa" w:w="20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ทุกวัน เวลา 02:00 น.</w:t>
            </w:r>
          </w:p>
        </w:tc>
        <w:tc>
          <w:tcPr>
            <w:tcW w:type="dxa" w:w="2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รายวันเก็บ 30 วัน สิ้นเดือนเก็บ 12 เดือน</w:t>
            </w:r>
          </w:p>
        </w:tc>
      </w:tr>
      <w:tr>
        <w:trPr>
          <w:trHeight w:hRule="exact" w:val="690"/>
        </w:trPr>
        <w:tc>
          <w:tcPr>
            <w:tcW w:type="dxa" w:w="18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สารต้นฉบับ</w:t>
            </w:r>
          </w:p>
        </w:tc>
        <w:tc>
          <w:tcPr>
            <w:tcW w:type="dxa" w:w="20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รั้งที่ปรับปรุงเอ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2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ขั้นตอนการกู้คืนฐานข้อมูล</w:t>
      </w:r>
    </w:p>
    <w:p>
      <w:pPr>
        <w:autoSpaceDN w:val="0"/>
        <w:autoSpaceDE w:val="0"/>
        <w:widowControl/>
        <w:spacing w:line="360" w:lineRule="exact" w:before="60" w:after="1104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ผู้ดูแลระบบเลือกชุดสำรองที่ต้องการจากพื้นที่จัดเก็บบนคลาวด์ และยืนยันวันที่พร้อมความสมบูรณ์ของไฟล์</w:t>
      </w:r>
    </w:p>
    <w:p>
      <w:pPr>
        <w:autoSpaceDN w:val="0"/>
        <w:autoSpaceDE w:val="0"/>
        <w:widowControl/>
        <w:spacing w:line="360" w:lineRule="exact" w:before="60" w:after="1104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กู้คืนชุดสำรองเข้าสู่สภาพแวดล้อมที่ไม่ใช่ระบบใช้งานจริงก่อนเสมอ</w:t>
      </w:r>
    </w:p>
    <w:p>
      <w:pPr>
        <w:autoSpaceDN w:val="0"/>
        <w:autoSpaceDE w:val="0"/>
        <w:widowControl/>
        <w:spacing w:line="360" w:lineRule="exact" w:before="60" w:after="1104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ตรวจสอบการเชื่อมต่อฐานข้อมูล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พร้อมตรวจสอบข้อมูลหลักและรายการตัวอย่าง</w:t>
      </w:r>
    </w:p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กรณีกู้คืนระบบใช้งานจริง ให้บันทึกจุดกู้คืน หยุดบริการที่เกี่ยวข้อง กู้คืนชุดสำรองที่ตรวจสอบแล้ว เริ่มบริการแอปพลิเคชันและ Node.js ใหม่ แล้วตรวจสอบสถานะตามหัวข้อ 5</w:t>
      </w:r>
    </w:p>
    <w:p>
      <w:pPr>
        <w:autoSpaceDN w:val="0"/>
        <w:autoSpaceDE w:val="0"/>
        <w:widowControl/>
        <w:spacing w:line="244" w:lineRule="exact" w:before="116" w:after="0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 กรณีการสำรองข้อมูลล้มเหลวหรือไม่ทำงานตามกำหนด 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244" w:lineRule="exact" w:before="26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กำหนดทดสอบกู้คืนภายใน 23 สิงหาคม 2569 โดยกู้คืนชุดสำรองลงในสภาพแวดล้อมที่ไม่ใช่ระบบใช้งานจริง ตรวจสอบการเข้าถึงฐานข้อมูลและข้อมูลตัวอย่างให้ครบถ้วน และให้ผู้จัดการโครงการทบทวนผลการทดสอบในขั้นตอนปิดโครงการ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การปิดรายการควบคุมด้านปฏิบัติการ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12"/>
        <w:gridCol w:w="1969"/>
        <w:gridCol w:w="1877"/>
        <w:gridCol w:w="1397"/>
        <w:gridCol w:w="3017"/>
      </w:tblGrid>
      <w:tr>
        <w:trPr>
          <w:trHeight w:hRule="exact" w:val="436"/>
        </w:trPr>
        <w:tc>
          <w:tcPr>
            <w:tcW w:type="dxa" w:w="8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9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  <w:tc>
          <w:tcPr>
            <w:tcW w:type="dxa" w:w="30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ารปิดราย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944"/>
        </w:trPr>
        <w:tc>
          <w:tcPr>
            <w:tcW w:type="dxa" w:w="8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OP-001</w:t>
            </w:r>
          </w:p>
        </w:tc>
        <w:tc>
          <w:tcPr>
            <w:tcW w:type="dxa" w:w="19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การสำรองและกู้คืนฐานข้อมูล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แบบอัตโนมัติ</w:t>
            </w:r>
          </w:p>
        </w:tc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System Administrator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กำหนดปิดรายการ 23 สิงหาคม 2569</w:t>
            </w:r>
          </w:p>
        </w:tc>
        <w:tc>
          <w:tcPr>
            <w:tcW w:type="dxa" w:w="30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หัวข้อ 6 ระบุรอบการสำรอง ที่จัดเก็บ การเก็บรักษา ขั้นตอนกู้คืน และแผนการทดสอบกู้คืน</w:t>
            </w:r>
          </w:p>
        </w:tc>
      </w:tr>
      <w:tr>
        <w:trPr>
          <w:trHeight w:hRule="exact" w:val="944"/>
        </w:trPr>
        <w:tc>
          <w:tcPr>
            <w:tcW w:type="dxa" w:w="8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OP-002</w:t>
            </w:r>
          </w:p>
        </w:tc>
        <w:tc>
          <w:tcPr>
            <w:tcW w:type="dxa" w:w="19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การเฝ้าระวังระบบและการแจ้งเตือนเมื่อเกิดเหตุขัดข้อง</w:t>
            </w:r>
          </w:p>
        </w:tc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System Administrator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กำหนดปิดรายการ 23 สิงหาคม 2569</w:t>
            </w:r>
          </w:p>
        </w:tc>
        <w:tc>
          <w:tcPr>
            <w:tcW w:type="dxa" w:w="30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หัวข้อ 5 ระบุรอบการตรวจสอบ เงื่อนไขการแจ้งเตือน ผู้รับแจ้ง และขั้นตอนการยกระดับ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การจัดการผู้ใช้งานและสิทธิ์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1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ผู้ใช้ระดับ Owner หรือ Admin จัดการผู้ใช้งาน บทบาท และสิทธิ์การเข้าถึงแอปพลิเคชันจากเมนูตั้งค่า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การเปลี่ยนบทบาทมีผลกับการทำงานครั้งถัดไปของผู้ใช้รายนั้น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ระบบอนุญาตให้ใช้งานได้ครั้งละหนึ่ง Session ต่อบัญชี เพื่อป้องกันการใช้บัญชีร่วมกัน</w:t>
      </w:r>
    </w:p>
    <w:p>
      <w:pPr>
        <w:autoSpaceDN w:val="0"/>
        <w:autoSpaceDE w:val="0"/>
        <w:widowControl/>
        <w:spacing w:line="258" w:lineRule="exact" w:before="33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