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735"/>
        <w:gridCol w:w="2855"/>
        <w:gridCol w:w="4481"/>
      </w:tblGrid>
      <w:tr>
        <w:trPr>
          <w:trHeight w:hRule="exact" w:val="450"/>
        </w:trPr>
        <w:tc>
          <w:tcPr>
            <w:tcW w:type="dxa" w:w="1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Actor</w:t>
            </w:r>
          </w:p>
        </w:tc>
        <w:tc>
          <w:tcPr>
            <w:tcW w:type="dxa" w:w="28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ำอธิบาย</w:t>
            </w:r>
          </w:p>
        </w:tc>
        <w:tc>
          <w:tcPr>
            <w:tcW w:type="dxa" w:w="44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36"/>
        </w:trPr>
        <w:tc>
          <w:tcPr>
            <w:tcW w:type="dxa" w:w="1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28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4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50"/>
        </w:trPr>
        <w:tc>
          <w:tcPr>
            <w:tcW w:type="dxa" w:w="1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Admin</w:t>
            </w:r>
          </w:p>
        </w:tc>
        <w:tc>
          <w:tcPr>
            <w:tcW w:type="dxa" w:w="28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ผู้ดูแลระบบภายในบริษัท</w:t>
            </w:r>
          </w:p>
        </w:tc>
        <w:tc>
          <w:tcPr>
            <w:tcW w:type="dxa" w:w="44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34"/>
        </w:trPr>
        <w:tc>
          <w:tcPr>
            <w:tcW w:type="dxa" w:w="1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Staff</w:t>
            </w:r>
          </w:p>
        </w:tc>
        <w:tc>
          <w:tcPr>
            <w:tcW w:type="dxa" w:w="28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ผู้ปฏิบัติงาน</w:t>
            </w:r>
          </w:p>
        </w:tc>
        <w:tc>
          <w:tcPr>
            <w:tcW w:type="dxa" w:w="44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50"/>
        </w:trPr>
        <w:tc>
          <w:tcPr>
            <w:tcW w:type="dxa" w:w="1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Viewer</w:t>
            </w:r>
          </w:p>
        </w:tc>
        <w:tc>
          <w:tcPr>
            <w:tcW w:type="dxa" w:w="28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ผู้ใช้แบบอ่านอย่างเดียว</w:t>
            </w:r>
          </w:p>
        </w:tc>
        <w:tc>
          <w:tcPr>
            <w:tcW w:type="dxa" w:w="44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36"/>
        </w:trPr>
        <w:tc>
          <w:tcPr>
            <w:tcW w:type="dxa" w:w="1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Scheduler</w:t>
            </w:r>
          </w:p>
        </w:tc>
        <w:tc>
          <w:tcPr>
            <w:tcW w:type="dxa" w:w="28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(Node.js)</w:t>
            </w:r>
          </w:p>
        </w:tc>
        <w:tc>
          <w:tcPr>
            <w:tcW w:type="dxa" w:w="44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</w:tr>
      <w:tr>
        <w:trPr>
          <w:trHeight w:hRule="exact" w:val="450"/>
        </w:trPr>
        <w:tc>
          <w:tcPr>
            <w:tcW w:type="dxa" w:w="17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SMTP Service</w:t>
            </w:r>
          </w:p>
        </w:tc>
        <w:tc>
          <w:tcPr>
            <w:tcW w:type="dxa" w:w="28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44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4" w:lineRule="exact" w:before="160" w:after="353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877"/>
        <w:gridCol w:w="5016"/>
        <w:gridCol w:w="2178"/>
      </w:tblGrid>
      <w:tr>
        <w:trPr>
          <w:trHeight w:hRule="exact" w:val="450"/>
        </w:trPr>
        <w:tc>
          <w:tcPr>
            <w:tcW w:type="dxa" w:w="18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(Layer)</w:t>
            </w:r>
          </w:p>
        </w:tc>
        <w:tc>
          <w:tcPr>
            <w:tcW w:type="dxa" w:w="5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</w:p>
        </w:tc>
        <w:tc>
          <w:tcPr>
            <w:tcW w:type="dxa" w:w="21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</w:t>
            </w:r>
          </w:p>
        </w:tc>
      </w:tr>
      <w:tr>
        <w:trPr>
          <w:trHeight w:hRule="exact" w:val="690"/>
        </w:trPr>
        <w:tc>
          <w:tcPr>
            <w:tcW w:type="dxa" w:w="18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Presentation</w:t>
            </w:r>
          </w:p>
        </w:tc>
        <w:tc>
          <w:tcPr>
            <w:tcW w:type="dxa" w:w="5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), JavaScript และ CSS ที่รองรับ Responsive</w:t>
            </w:r>
          </w:p>
        </w:tc>
        <w:tc>
          <w:tcPr>
            <w:tcW w:type="dxa" w:w="21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SR06:003</w:t>
            </w:r>
          </w:p>
        </w:tc>
      </w:tr>
      <w:tr>
        <w:trPr>
          <w:trHeight w:hRule="exact" w:val="690"/>
        </w:trPr>
        <w:tc>
          <w:tcPr>
            <w:tcW w:type="dxa" w:w="18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Business Logic</w:t>
            </w:r>
          </w:p>
        </w:tc>
        <w:tc>
          <w:tcPr>
            <w:tcW w:type="dxa" w:w="5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เรียกใช้จาก Page Controller</w:t>
            </w:r>
          </w:p>
        </w:tc>
        <w:tc>
          <w:tcPr>
            <w:tcW w:type="dxa" w:w="21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SR03:011</w:t>
            </w:r>
          </w:p>
        </w:tc>
      </w:tr>
      <w:tr>
        <w:trPr>
          <w:trHeight w:hRule="exact" w:val="690"/>
        </w:trPr>
        <w:tc>
          <w:tcPr>
            <w:tcW w:type="dxa" w:w="18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Data Access</w:t>
            </w:r>
          </w:p>
        </w:tc>
        <w:tc>
          <w:tcPr>
            <w:tcW w:type="dxa" w:w="5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1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SR08:001–SR08:005</w:t>
            </w:r>
          </w:p>
        </w:tc>
      </w:tr>
      <w:tr>
        <w:trPr>
          <w:trHeight w:hRule="exact" w:val="690"/>
        </w:trPr>
        <w:tc>
          <w:tcPr>
            <w:tcW w:type="dxa" w:w="18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Real-time / Scheduler</w:t>
            </w:r>
          </w:p>
        </w:tc>
        <w:tc>
          <w:tcPr>
            <w:tcW w:type="dxa" w:w="5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ควบคุมด้วย pm2</w:t>
            </w:r>
          </w:p>
        </w:tc>
        <w:tc>
          <w:tcPr>
            <w:tcW w:type="dxa" w:w="21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8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External</w:t>
            </w:r>
          </w:p>
        </w:tc>
        <w:tc>
          <w:tcPr>
            <w:tcW w:type="dxa" w:w="5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1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420" w:lineRule="exact" w:before="140" w:after="3624"/>
        <w:ind w:left="256" w:right="172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420" w:lineRule="exact" w:before="140" w:after="3624"/>
        <w:ind w:left="256" w:right="172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502"/>
        <w:gridCol w:w="5395"/>
        <w:gridCol w:w="2174"/>
      </w:tblGrid>
      <w:tr>
        <w:trPr>
          <w:trHeight w:hRule="exact" w:val="690"/>
        </w:trPr>
        <w:tc>
          <w:tcPr>
            <w:tcW w:type="dxa" w:w="1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ชั้นการติดตั้ง (Tier)</w:t>
            </w:r>
          </w:p>
        </w:tc>
        <w:tc>
          <w:tcPr>
            <w:tcW w:type="dxa" w:w="53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</w:p>
        </w:tc>
        <w:tc>
          <w:tcPr>
            <w:tcW w:type="dxa" w:w="21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</w:t>
            </w:r>
          </w:p>
        </w:tc>
      </w:tr>
      <w:tr>
        <w:trPr>
          <w:trHeight w:hRule="exact" w:val="690"/>
        </w:trPr>
        <w:tc>
          <w:tcPr>
            <w:tcW w:type="dxa" w:w="1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Client</w:t>
            </w:r>
          </w:p>
        </w:tc>
        <w:tc>
          <w:tcPr>
            <w:tcW w:type="dxa" w:w="53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1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Web Tier</w:t>
            </w:r>
          </w:p>
        </w:tc>
        <w:tc>
          <w:tcPr>
            <w:tcW w:type="dxa" w:w="53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docker/php</w:t>
            </w:r>
          </w:p>
        </w:tc>
        <w:tc>
          <w:tcPr>
            <w:tcW w:type="dxa" w:w="21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SR01:003, SR02:005</w:t>
            </w:r>
          </w:p>
        </w:tc>
      </w:tr>
      <w:tr>
        <w:trPr>
          <w:trHeight w:hRule="exact" w:val="690"/>
        </w:trPr>
        <w:tc>
          <w:tcPr>
            <w:tcW w:type="dxa" w:w="1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Data Tier</w:t>
            </w:r>
          </w:p>
        </w:tc>
        <w:tc>
          <w:tcPr>
            <w:tcW w:type="dxa" w:w="53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(คลัง/บัญชี)</w:t>
            </w:r>
          </w:p>
        </w:tc>
        <w:tc>
          <w:tcPr>
            <w:tcW w:type="dxa" w:w="21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SR08:004</w:t>
            </w:r>
          </w:p>
        </w:tc>
      </w:tr>
      <w:tr>
        <w:trPr>
          <w:trHeight w:hRule="exact" w:val="450"/>
        </w:trPr>
        <w:tc>
          <w:tcPr>
            <w:tcW w:type="dxa" w:w="1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Service Tier</w:t>
            </w:r>
          </w:p>
        </w:tc>
        <w:tc>
          <w:tcPr>
            <w:tcW w:type="dxa" w:w="53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ควบคุมด้วย pm2</w:t>
            </w:r>
          </w:p>
        </w:tc>
        <w:tc>
          <w:tcPr>
            <w:tcW w:type="dxa" w:w="21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360" w:lineRule="exact" w:before="200" w:after="19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360" w:lineRule="exact" w:before="200" w:after="19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87"/>
        <w:gridCol w:w="7084"/>
      </w:tblGrid>
      <w:tr>
        <w:trPr>
          <w:trHeight w:hRule="exact" w:val="450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ลุ่มหน้าจอ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Login &amp; Onboarding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OTP</w:t>
            </w:r>
          </w:p>
        </w:tc>
      </w:tr>
      <w:tr>
        <w:trPr>
          <w:trHeight w:hRule="exact" w:val="434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Dashboard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Data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ผู้ติดต่อ</w:t>
            </w:r>
          </w:p>
        </w:tc>
      </w:tr>
      <w:tr>
        <w:trPr>
          <w:trHeight w:hRule="exact" w:val="436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Inventory Control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ืนและใบลดหนี้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87"/>
        <w:gridCol w:w="7084"/>
      </w:tblGrid>
      <w:tr>
        <w:trPr>
          <w:trHeight w:hRule="exact" w:val="448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ลุ่มหน้าจอ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หน้าจอ</w:t>
            </w:r>
          </w:p>
        </w:tc>
      </w:tr>
      <w:tr>
        <w:trPr>
          <w:trHeight w:hRule="exact" w:val="436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</w:p>
        </w:tc>
      </w:tr>
      <w:tr>
        <w:trPr>
          <w:trHeight w:hRule="exact" w:val="448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</w:tr>
      <w:tr>
        <w:trPr>
          <w:trHeight w:hRule="exact" w:val="436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Accounting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</w:p>
        </w:tc>
      </w:tr>
      <w:tr>
        <w:trPr>
          <w:trHeight w:hRule="exact" w:val="452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</w:tr>
      <w:tr>
        <w:trPr>
          <w:trHeight w:hRule="exact" w:val="432"/>
        </w:trPr>
        <w:tc>
          <w:tcPr>
            <w:tcW w:type="dxa" w:w="1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Settings</w:t>
            </w:r>
          </w:p>
        </w:tc>
        <w:tc>
          <w:tcPr>
            <w:tcW w:type="dxa" w:w="7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4424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หัวข้อนี้กำหนดสิ่งที่จะควบคุมเป็น Baseline ของซอฟต์แวร์ เวลาที่กำหนด Baseline และผู้อนุมัติ เพื่อให้ตรวจสอบเส้นทาง Baseline → Configuration → Change ได้ Commit ที่เป็น Baseline จริงจะบันทึกใน Software Configuration (WP 8) เมื่อกำหนด Baseline แต่ละครั้ง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697"/>
        <w:gridCol w:w="3641"/>
        <w:gridCol w:w="3733"/>
      </w:tblGrid>
      <w:tr>
        <w:trPr>
          <w:trHeight w:hRule="exact" w:val="676"/>
        </w:trPr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รายการที่กำหนดเป็น Baseline</w:t>
            </w:r>
          </w:p>
        </w:tc>
        <w:tc>
          <w:tcPr>
            <w:tcW w:type="dxa" w:w="36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  <w:tc>
          <w:tcPr>
            <w:tcW w:type="dxa" w:w="37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</w:tr>
      <w:tr>
        <w:trPr>
          <w:trHeight w:hRule="exact" w:val="704"/>
        </w:trPr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Source Code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36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commit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ณ วันที่กำหนด Baseline</w:t>
            </w:r>
          </w:p>
        </w:tc>
        <w:tc>
          <w:tcPr>
            <w:tcW w:type="dxa" w:w="37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6" w:lineRule="exact" w:before="8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git@188.166.228.62:nok/wms-app.git</w:t>
            </w:r>
          </w:p>
        </w:tc>
      </w:tr>
      <w:tr>
        <w:trPr>
          <w:trHeight w:hRule="exact" w:val="690"/>
        </w:trPr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36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docker/mariadb/init-wms2.sql</w:t>
            </w:r>
          </w:p>
        </w:tc>
        <w:tc>
          <w:tcPr>
            <w:tcW w:type="dxa" w:w="37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</w:tr>
      <w:tr>
        <w:trPr>
          <w:trHeight w:hRule="exact" w:val="706"/>
        </w:trPr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่าและชุดติดตั้ง</w:t>
            </w:r>
          </w:p>
        </w:tc>
        <w:tc>
          <w:tcPr>
            <w:tcW w:type="dxa" w:w="36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008" w:firstLine="0"/>
              <w:jc w:val="center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(ไม่รวมค่าความลับ)</w:t>
            </w:r>
          </w:p>
        </w:tc>
        <w:tc>
          <w:tcPr>
            <w:tcW w:type="dxa" w:w="37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</w:tr>
      <w:tr>
        <w:trPr>
          <w:trHeight w:hRule="exact" w:val="944"/>
        </w:trPr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Products</w:t>
            </w:r>
          </w:p>
        </w:tc>
        <w:tc>
          <w:tcPr>
            <w:tcW w:type="dxa" w:w="36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Repository</w:t>
            </w:r>
          </w:p>
        </w:tc>
        <w:tc>
          <w:tcPr>
            <w:tcW w:type="dxa" w:w="37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4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07"/>
        <w:gridCol w:w="7164"/>
      </w:tblGrid>
      <w:tr>
        <w:trPr>
          <w:trHeight w:hRule="exact" w:val="450"/>
        </w:trPr>
        <w:tc>
          <w:tcPr>
            <w:tcW w:type="dxa" w:w="19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690"/>
        </w:trPr>
        <w:tc>
          <w:tcPr>
            <w:tcW w:type="dxa" w:w="19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7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เมื่อพัฒนาครบทุกโมดูล (Baseline การพัฒนา ตามแผน 29 พฤษภาคม 2569) และเมื่อตรวจรับส่งมอบ (Baseline ของระบบที่ส่งมอบ ตามแผน 24 สิงหาคม 2569)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07"/>
        <w:gridCol w:w="7164"/>
      </w:tblGrid>
      <w:tr>
        <w:trPr>
          <w:trHeight w:hRule="exact" w:val="448"/>
        </w:trPr>
        <w:tc>
          <w:tcPr>
            <w:tcW w:type="dxa" w:w="19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19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7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48"/>
        </w:trPr>
        <w:tc>
          <w:tcPr>
            <w:tcW w:type="dxa" w:w="19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ผู้ตรวจสอบ</w:t>
            </w:r>
          </w:p>
        </w:tc>
        <w:tc>
          <w:tcPr>
            <w:tcW w:type="dxa" w:w="7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36"/>
        </w:trPr>
        <w:tc>
          <w:tcPr>
            <w:tcW w:type="dxa" w:w="19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ผู้อนุมัติ</w:t>
            </w:r>
          </w:p>
        </w:tc>
        <w:tc>
          <w:tcPr>
            <w:tcW w:type="dxa" w:w="7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Sponsor) โดย Baseline ของระบบที่ส่งมอบอนุมัติพร้อมการตรวจรับ</w:t>
            </w:r>
          </w:p>
        </w:tc>
      </w:tr>
      <w:tr>
        <w:trPr>
          <w:trHeight w:hRule="exact" w:val="452"/>
        </w:trPr>
        <w:tc>
          <w:tcPr>
            <w:tcW w:type="dxa" w:w="19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7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</w:t>
            </w:r>
          </w:p>
        </w:tc>
      </w:tr>
      <w:tr>
        <w:trPr>
          <w:trHeight w:hRule="exact" w:val="688"/>
        </w:trPr>
        <w:tc>
          <w:tcPr>
            <w:tcW w:type="dxa" w:w="19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</w:p>
        </w:tc>
        <w:tc>
          <w:tcPr>
            <w:tcW w:type="dxa" w:w="7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Traceability Record (WP 13)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ำหนดภาย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หลัง</w:t>
            </w:r>
          </w:p>
        </w:tc>
      </w:tr>
      <w:tr>
        <w:trPr>
          <w:trHeight w:hRule="exact" w:val="676"/>
        </w:trPr>
        <w:tc>
          <w:tcPr>
            <w:tcW w:type="dxa" w:w="19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การเปลี่ยนแปลง Baseline</w:t>
            </w:r>
          </w:p>
        </w:tc>
        <w:tc>
          <w:tcPr>
            <w:tcW w:type="dxa" w:w="7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62"/>
        <w:gridCol w:w="1628"/>
        <w:gridCol w:w="2664"/>
        <w:gridCol w:w="1070"/>
        <w:gridCol w:w="2747"/>
      </w:tblGrid>
      <w:tr>
        <w:trPr>
          <w:trHeight w:hRule="exact" w:val="434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Interfaces Detail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References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&amp; Onboarding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20" w:right="2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ลงทะเบียนเจ้าของบริษัท, ยืนยันอีเมล, เชิญผู้ใช้และรับคำเชิญเข้าบริษัทที่ถูกต้อง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app/login/, UserManager.php</w:t>
            </w:r>
          </w:p>
        </w:tc>
      </w:tr>
      <w:tr>
        <w:trPr>
          <w:trHeight w:hRule="exact" w:val="1186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Login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Role Guard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0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SR07:005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app/login/, UserManager.php,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app/assets/utils/</w:t>
            </w:r>
          </w:p>
        </w:tc>
      </w:tr>
      <w:tr>
        <w:trPr>
          <w:trHeight w:hRule="exact" w:val="1184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UN01.003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Password Recovery / OTP / Session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0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SR07:003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PasswordManager.php, PasswordResetManager.php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UN01.004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User &amp; App-Access Administration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ปิดใช้ผู้ใช้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app/setting/, UserManager.php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UN02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(Company Settings)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 – Profile &amp; System Settings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ต่อบริษัท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CompanyProfileManager.php,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CompanySettingManager.php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 –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&amp; Mail Dispatch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20" w:right="3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SR06:004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SmtpManager.php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Warehouse / Storage / Bin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app/inventory/, WarehouseManager.php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62"/>
        <w:gridCol w:w="1628"/>
        <w:gridCol w:w="2664"/>
        <w:gridCol w:w="1070"/>
        <w:gridCol w:w="2747"/>
      </w:tblGrid>
      <w:tr>
        <w:trPr>
          <w:trHeight w:hRule="exact" w:val="448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Interfaces Detail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References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676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&amp; Category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ProductManager.php</w:t>
            </w:r>
          </w:p>
        </w:tc>
      </w:tr>
      <w:tr>
        <w:trPr>
          <w:trHeight w:hRule="exact" w:val="688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UN03.003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Contact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app/contact/, ContactManager.php</w:t>
            </w:r>
          </w:p>
        </w:tc>
      </w:tr>
      <w:tr>
        <w:trPr>
          <w:trHeight w:hRule="exact" w:val="948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UN03.004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Warehouse Layer Configuration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ชั้นต่อบริษัท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SR03:003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CompanySettingManager.php,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WarehouseManager.php</w:t>
            </w:r>
          </w:p>
        </w:tc>
      </w:tr>
      <w:tr>
        <w:trPr>
          <w:trHeight w:hRule="exact" w:val="432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</w:tr>
      <w:tr>
        <w:trPr>
          <w:trHeight w:hRule="exact" w:val="946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Stock-in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SR08:003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app/ics/, StockManager.php,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StockTablesTrait.php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Stock-out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StockManager.php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UN04.003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Transfer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StockManager.php</w:t>
            </w:r>
          </w:p>
        </w:tc>
      </w:tr>
      <w:tr>
        <w:trPr>
          <w:trHeight w:hRule="exact" w:val="676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UN04.004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Lot /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Expiry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วันหมดอายุ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StockSourceManager.php,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md_lot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UN04.005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Barcode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Label &amp; Scan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BarcodeManager.php, location_barcode_label.php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UN04.006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File Attachment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ดูไฟล์ที่อนุญาตในราย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ที่รองรับ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FileUploader.php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Quotation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app/order/, QuotationManager.php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Sales – Sales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Order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OrderManager.php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UN05.003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Invoice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app/revenue/, InvoiceManager.php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UN05.004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Sales – Return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Credit Note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ReturnManager.php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UN06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Purchase Request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SR03:006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app/po/, PurchaseRequestManager.php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Purchase Order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PurchaseOrderManager.php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UN06.003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Purchase Invoice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PurchaseOrderManager.php,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62"/>
        <w:gridCol w:w="1628"/>
        <w:gridCol w:w="2664"/>
        <w:gridCol w:w="1070"/>
        <w:gridCol w:w="2747"/>
      </w:tblGrid>
      <w:tr>
        <w:trPr>
          <w:trHeight w:hRule="exact" w:val="448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Interfaces Detail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References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676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UN06.004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Supplier Return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SupplierReturnManager.php</w:t>
            </w:r>
          </w:p>
        </w:tc>
      </w:tr>
      <w:tr>
        <w:trPr>
          <w:trHeight w:hRule="exact" w:val="448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 —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</w:tr>
      <w:tr>
        <w:trPr>
          <w:trHeight w:hRule="exact" w:val="932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Finance – Receipt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Billing &amp; Receipt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ใบเสรจรับเงินผู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app/finance/, ReceiptBillingManager.php, ReceiptManager.php</w:t>
            </w:r>
          </w:p>
        </w:tc>
      </w:tr>
      <w:tr>
        <w:trPr>
          <w:trHeight w:hRule="exact" w:val="944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Finance – Payment Billing &amp; Payment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ับใบแจ้งหนี้ซื้อ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PaymentBillingManager.php,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PaymentManager.php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UN08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</w:tr>
      <w:tr>
        <w:trPr>
          <w:trHeight w:hRule="exact" w:val="1184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– Chart of Accounts / Departments / Formulas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app/accounting/, PostingManager.php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5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– Journal &amp; GL Posting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app/journal/, PostingManager.php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Dashboard &amp; Aggregates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ตารางสรุปยอด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0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app/dashboard/, app/ac_dashboard/, EtlStockManager.php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ภาพรวมสต๊อก, ความเคลื่อนไหว, ความจุ, สินค้าใกล้หมด, หมดอายุ, Lot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SR03:009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app/reports/, ReportManager.php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UN09.003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Financial Reports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งบทดลอง, งบกำไรขาดทุน, งบดุล, VAT, สมุดรายวัน, ความเคลื่อนไหว GL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SR03:009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ReportManager.php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UN09.004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Filter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Print / Export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SR04:003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app/reports/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– Numbering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SR08:004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DocumentNumberManager.php</w:t>
            </w:r>
          </w:p>
        </w:tc>
      </w:tr>
      <w:tr>
        <w:trPr>
          <w:trHeight w:hRule="exact" w:val="1186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– Lifecycle &amp; Status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0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BatchActionManager.php,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Manager classes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UN10.003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– Audit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Fields &amp; History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SR09:001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td_* tables, td_bin_log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UN11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(Notification &amp; Scheduler)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62"/>
        <w:gridCol w:w="1628"/>
        <w:gridCol w:w="2664"/>
        <w:gridCol w:w="1070"/>
        <w:gridCol w:w="2747"/>
      </w:tblGrid>
      <w:tr>
        <w:trPr>
          <w:trHeight w:hRule="exact" w:val="448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Interfaces Detail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References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1172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Node – Socket.IO Notification Server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0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nodejs/server.js</w:t>
            </w:r>
          </w:p>
        </w:tc>
      </w:tr>
      <w:tr>
        <w:trPr>
          <w:trHeight w:hRule="exact" w:val="944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Node –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(ETL &amp; Alerts)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0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SR01:006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nodejs/scheduler.js, app/cron/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Tenant Scope)</w:t>
            </w:r>
          </w:p>
        </w:tc>
      </w:tr>
      <w:tr>
        <w:trPr>
          <w:trHeight w:hRule="exact" w:val="944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Scope Guard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Query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ให้อยู่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ลังที่ผู้ใช้ได้รับอนุญาต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0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SR07:002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StockTablesTrait.php, 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classes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Server-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side Validation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SR07:004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Manager classes, app/assets/utils/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UN12.003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Operation Lock &amp; Usage Guard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OperationLockManager.php,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UsageGuard.php</w:t>
            </w:r>
          </w:p>
        </w:tc>
      </w:tr>
      <w:tr>
        <w:trPr>
          <w:trHeight w:hRule="exact" w:val="944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UN12.004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TLS &amp; Secret Configuration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SR01:005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docker/php/config.php.template, .env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UN13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</w:tr>
      <w:tr>
        <w:trPr>
          <w:trHeight w:hRule="exact" w:val="93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UN13.001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setup.php Schema Installer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ั้นตอนเดียว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0" w:right="2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SR06:001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setup.php, docker/mariadb/init-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wms2.sql</w:t>
            </w:r>
          </w:p>
        </w:tc>
      </w:tr>
      <w:tr>
        <w:trPr>
          <w:trHeight w:hRule="exact" w:val="944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UN13.002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Compose Stack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docker-compose.yml, docker/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UN13.003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Generator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SR01:005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docker/init-env.sh, .env.example</w:t>
            </w:r>
          </w:p>
        </w:tc>
      </w:tr>
      <w:tr>
        <w:trPr>
          <w:trHeight w:hRule="exact" w:val="690"/>
        </w:trPr>
        <w:tc>
          <w:tcPr>
            <w:tcW w:type="dxa" w:w="9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UN13.004</w:t>
            </w:r>
          </w:p>
        </w:tc>
        <w:tc>
          <w:tcPr>
            <w:tcW w:type="dxa" w:w="16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&amp; Restore</w:t>
            </w:r>
          </w:p>
        </w:tc>
        <w:tc>
          <w:tcPr>
            <w:tcW w:type="dxa" w:w="26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</w:t>
            </w:r>
          </w:p>
        </w:tc>
        <w:tc>
          <w:tcPr>
            <w:tcW w:type="dxa" w:w="27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 Operation Guide,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