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(Change Control Register)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เอกสารนี้บันทึกการควบคุมการเปลี่ยนแปลงของโครงการ ตั้งแต่ตั้ง Baseline ความต้องการเมื่อ 18 กุมภาพันธ์ 2569 จนถึงการตรวจรับส่งมอบ โดยพิจารณาทุกรายการปรับปรุงที่มีการเสนอตามเกณฑ์ในส่วนที่ 1 รายการที่เข้าเกณฑ์ต้องจัดทำคำขอเปลี่ยนแปลง ประเมินผลกระทบ และขออนุมัติก่อนดำเนินการ ส่วนรายการที่ไม่เข้าเกณฑ์ดำเนินการเป็นมติที่ประชุมหรืองานในแผน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เกณฑ์การพิจารณาคำขอเปลี่ยนแปลง (Change Criteria)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รายการใดจะถือเป็นคำขอเปลี่ยนแปลงเมื่อเข้าเกณฑ์ทั้ง 3 ข้อ หากตัดรายการนั้นออกแล้วยังส่งมอบงานได้ตามที่ตกลงไว้ จะไม่ถือเป็นคำขอเปลี่ยนแปลง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98"/>
        <w:gridCol w:w="3618"/>
        <w:gridCol w:w="10722"/>
      </w:tblGrid>
      <w:tr>
        <w:trPr>
          <w:trHeight w:hRule="exact" w:val="434"/>
        </w:trPr>
        <w:tc>
          <w:tcPr>
            <w:tcW w:type="dxa" w:w="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</w:p>
        </w:tc>
        <w:tc>
          <w:tcPr>
            <w:tcW w:type="dxa" w:w="107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ำอธิบาย</w:t>
            </w:r>
          </w:p>
        </w:tc>
      </w:tr>
      <w:tr>
        <w:trPr>
          <w:trHeight w:hRule="exact" w:val="450"/>
        </w:trPr>
        <w:tc>
          <w:tcPr>
            <w:tcW w:type="dxa" w:w="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เป็นสิ่งจำเป็นต่อ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  <w:tc>
          <w:tcPr>
            <w:tcW w:type="dxa" w:w="107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หากไม่ดำเนินการ จะส่งมอบสิ่งส่งมอบ (Work Product) หรือความต้องการที่ตกลงไว้ไม่ได้</w:t>
            </w:r>
          </w:p>
        </w:tc>
      </w:tr>
      <w:tr>
        <w:trPr>
          <w:trHeight w:hRule="exact" w:val="436"/>
        </w:trPr>
        <w:tc>
          <w:tcPr>
            <w:tcW w:type="dxa" w:w="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ตหรือสิ่งส่งมอบ</w:t>
            </w:r>
          </w:p>
        </w:tc>
        <w:tc>
          <w:tcPr>
            <w:tcW w:type="dxa" w:w="107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เพิ่ม ลด หรือแก้ไขความต้องการ (CR) หรือสิ่งส่งมอบที่ตั้ง Baseline แล้ว เช่น เพิ่มโมดูล หรือรองรับ 2 ภาษา</w:t>
            </w:r>
          </w:p>
        </w:tc>
      </w:tr>
      <w:tr>
        <w:trPr>
          <w:trHeight w:hRule="exact" w:val="450"/>
        </w:trPr>
        <w:tc>
          <w:tcPr>
            <w:tcW w:type="dxa" w:w="7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07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กระทบ Man-day กำหนดส่งมอบ หรือค่าใช้จ่าย จึงต้องประเมินผลกระทบและขออนุมัติก่อนดำเนินการ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68" w:lineRule="exact" w:before="426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ทะเบียนคำขอเปลี่ยนแปลง (Change Request Log)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614"/>
        <w:gridCol w:w="9432"/>
        <w:gridCol w:w="1359"/>
        <w:gridCol w:w="1464"/>
        <w:gridCol w:w="1268"/>
      </w:tblGrid>
      <w:tr>
        <w:trPr>
          <w:trHeight w:hRule="exact" w:val="436"/>
        </w:trPr>
        <w:tc>
          <w:tcPr>
            <w:tcW w:type="dxa" w:w="1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ID</w:t>
            </w:r>
          </w:p>
        </w:tc>
        <w:tc>
          <w:tcPr>
            <w:tcW w:type="dxa" w:w="9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3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</w:t>
            </w:r>
          </w:p>
        </w:tc>
        <w:tc>
          <w:tcPr>
            <w:tcW w:type="dxa" w:w="14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</w:p>
        </w:tc>
        <w:tc>
          <w:tcPr>
            <w:tcW w:type="dxa" w:w="12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48"/>
        </w:trPr>
        <w:tc>
          <w:tcPr>
            <w:tcW w:type="dxa" w:w="1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  <w:tc>
          <w:tcPr>
            <w:tcW w:type="dxa" w:w="94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  <w:tc>
          <w:tcPr>
            <w:tcW w:type="dxa" w:w="14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  <w:tc>
          <w:tcPr>
            <w:tcW w:type="dxa" w:w="12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รายการปรับปรุงที่พิจารณาแล้วไม่เข้าเกณฑ์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51"/>
        <w:gridCol w:w="870"/>
        <w:gridCol w:w="2734"/>
        <w:gridCol w:w="527"/>
        <w:gridCol w:w="6450"/>
        <w:gridCol w:w="1661"/>
        <w:gridCol w:w="2445"/>
      </w:tblGrid>
      <w:tr>
        <w:trPr>
          <w:trHeight w:hRule="exact" w:val="556"/>
        </w:trPr>
        <w:tc>
          <w:tcPr>
            <w:tcW w:type="dxa" w:w="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วันที่พิจารณา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5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ผู้เสนอ</w:t>
            </w:r>
          </w:p>
        </w:tc>
        <w:tc>
          <w:tcPr>
            <w:tcW w:type="dxa" w:w="6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ารพิจารณา</w:t>
            </w:r>
          </w:p>
        </w:tc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ารดำเนิน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2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อ้างอิง</w:t>
            </w:r>
          </w:p>
        </w:tc>
      </w:tr>
      <w:tr>
        <w:trPr>
          <w:trHeight w:hRule="exact" w:val="540"/>
        </w:trPr>
        <w:tc>
          <w:tcPr>
            <w:tcW w:type="dxa" w:w="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18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ปรับคำเรียกตำแหน่งจัดเก็บจาก Rack เป็น Bin ทั้งระบบ</w:t>
            </w:r>
          </w:p>
        </w:tc>
        <w:tc>
          <w:tcPr>
            <w:tcW w:type="dxa" w:w="5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NoC</w:t>
            </w:r>
          </w:p>
        </w:tc>
        <w:tc>
          <w:tcPr>
            <w:tcW w:type="dxa" w:w="6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ไม่เข้าเกณฑ์ — เป็นการปรับคำเรียกบนหน้าจอให้ตรงกับการปฏิบัติงานจริง ไม่เพิ่มหรือลดฟังก์ชัน ไม่กระทบ Man-day และส่งมอบได้แม้ไม่ปรับ</w:t>
            </w:r>
          </w:p>
        </w:tc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มติที่ประชุม ดำเนินการภายใน Task 3.9</w:t>
            </w:r>
          </w:p>
        </w:tc>
        <w:tc>
          <w:tcPr>
            <w:tcW w:type="dxa" w:w="2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Meeting Record 18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.ค. 69,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Correction Register ISS-023</w:t>
            </w:r>
          </w:p>
        </w:tc>
      </w:tr>
      <w:tr>
        <w:trPr>
          <w:trHeight w:hRule="exact" w:val="540"/>
        </w:trPr>
        <w:tc>
          <w:tcPr>
            <w:tcW w:type="dxa" w:w="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้อมูลสาธิตสำหรับ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ารตรวจรับและ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สาธิตระบบ</w:t>
            </w:r>
          </w:p>
        </w:tc>
        <w:tc>
          <w:tcPr>
            <w:tcW w:type="dxa" w:w="5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  <w:tc>
          <w:tcPr>
            <w:tcW w:type="dxa" w:w="6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ไม่เข้าเกณฑ์ — เป็นข้อมูลตั้งต้นสำหรับตรวจรับ ไม่ใช่สิ่งส่งมอบ และต้องแยกจากข้อมูลใช้งานจริงตาม CR07:004</w:t>
            </w:r>
          </w:p>
        </w:tc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งานเตรียม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ารส่งมอบ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Task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4.7</w:t>
            </w:r>
          </w:p>
        </w:tc>
        <w:tc>
          <w:tcPr>
            <w:tcW w:type="dxa" w:w="2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Meeting Record 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.ค. 69,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19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  <w:tc>
          <w:tcPr>
            <w:tcW w:type="dxa" w:w="27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ปรับอัตลักษณ์องค์กรและจัดทำชุดติดตั้ง Docker Compose</w:t>
            </w:r>
          </w:p>
        </w:tc>
        <w:tc>
          <w:tcPr>
            <w:tcW w:type="dxa" w:w="5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SeV</w:t>
            </w:r>
          </w:p>
        </w:tc>
        <w:tc>
          <w:tcPr>
            <w:tcW w:type="dxa" w:w="6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ณฑ์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—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ชุดติดตั้ง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อยู่ใน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CR10:002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ตั้งแต่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ารปรับอัต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ษณ์อง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รไม่เปลี่ยนแปลงฟัง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์ชันหรือสิ่งส่งมอบ</w:t>
            </w:r>
          </w:p>
        </w:tc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งานเตรียม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ารส่งมอบ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Task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4.7</w:t>
            </w:r>
          </w:p>
        </w:tc>
        <w:tc>
          <w:tcPr>
            <w:tcW w:type="dxa" w:w="24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Meeting Record 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.ค. 69,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24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สรุปผลการควบคุมการเปลี่ยนแปลง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039"/>
        <w:gridCol w:w="2098"/>
      </w:tblGrid>
      <w:tr>
        <w:trPr>
          <w:trHeight w:hRule="exact" w:val="450"/>
        </w:trPr>
        <w:tc>
          <w:tcPr>
            <w:tcW w:type="dxa" w:w="130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4"/>
        </w:trPr>
        <w:tc>
          <w:tcPr>
            <w:tcW w:type="dxa" w:w="130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ารปรับปรุงที่เสนอและพิจารณา</w:t>
            </w:r>
          </w:p>
        </w:tc>
        <w:tc>
          <w:tcPr>
            <w:tcW w:type="dxa" w:w="2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</w:tr>
      <w:tr>
        <w:trPr>
          <w:trHeight w:hRule="exact" w:val="450"/>
        </w:trPr>
        <w:tc>
          <w:tcPr>
            <w:tcW w:type="dxa" w:w="130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</w:p>
        </w:tc>
        <w:tc>
          <w:tcPr>
            <w:tcW w:type="dxa" w:w="2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130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อเปลี่ยนแปลงที่อนุมัติ</w:t>
            </w:r>
          </w:p>
        </w:tc>
        <w:tc>
          <w:tcPr>
            <w:tcW w:type="dxa" w:w="2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130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ผลกระทบต่อ Man-day กำหนดส่งมอบ และค่าใช้จ่าย</w:t>
            </w:r>
          </w:p>
        </w:tc>
        <w:tc>
          <w:tcPr>
            <w:tcW w:type="dxa" w:w="2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</w:p>
        </w:tc>
      </w:tr>
    </w:tbl>
    <w:p>
      <w:pPr>
        <w:autoSpaceDN w:val="0"/>
        <w:autoSpaceDE w:val="0"/>
        <w:widowControl/>
        <w:spacing w:line="300" w:lineRule="exact" w:before="262" w:after="1584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ขอบเขตงาน สิ่งส่งมอบ และ Customer Requirements ที่ตั้ง Baseline ไม่มีการเปลี่ยนแปลงตลอดโครงการ รายการปรับปรุงที่พิจารณาทั้งหมดดำเนินการภายในแผนงานเดิมโดยไม่กระทบ Man-day และกำหนดส่งมอบ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430" w:lineRule="exact" w:before="264" w:after="190"/>
        <w:ind w:left="6" w:right="82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</w:t>
      </w:r>
    </w:p>
    <w:p>
      <w:pPr>
        <w:autoSpaceDN w:val="0"/>
        <w:autoSpaceDE w:val="0"/>
        <w:widowControl/>
        <w:spacing w:line="430" w:lineRule="exact" w:before="264" w:after="190"/>
        <w:ind w:left="6" w:right="820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ใช้ประเมินระดับความรุนแรง (Priority Level) เมื่อมีคำขอเปลี่ยนแปลงที่เข้าเกณฑ์ในส่วนที่ 1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671"/>
        <w:gridCol w:w="8451"/>
        <w:gridCol w:w="5015"/>
      </w:tblGrid>
      <w:tr>
        <w:trPr>
          <w:trHeight w:hRule="exact" w:val="452"/>
        </w:trPr>
        <w:tc>
          <w:tcPr>
            <w:tcW w:type="dxa" w:w="1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(Level)</w:t>
            </w:r>
          </w:p>
        </w:tc>
        <w:tc>
          <w:tcPr>
            <w:tcW w:type="dxa" w:w="8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(Definition)</w:t>
            </w:r>
          </w:p>
        </w:tc>
        <w:tc>
          <w:tcPr>
            <w:tcW w:type="dxa" w:w="5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(Examples)</w:t>
            </w:r>
          </w:p>
        </w:tc>
      </w:tr>
      <w:tr>
        <w:trPr>
          <w:trHeight w:hRule="exact" w:val="436"/>
        </w:trPr>
        <w:tc>
          <w:tcPr>
            <w:tcW w:type="dxa" w:w="1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High</w:t>
            </w:r>
          </w:p>
        </w:tc>
        <w:tc>
          <w:tcPr>
            <w:tcW w:type="dxa" w:w="8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กระทบระบบหลัก งบประมาณ หรือแผนงานอย่างมีนัยสำคัญ</w:t>
            </w:r>
          </w:p>
        </w:tc>
        <w:tc>
          <w:tcPr>
            <w:tcW w:type="dxa" w:w="5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เพิ่มโมดูลใหม่ เปลี่ยนโครงสร้างฐานข้อมูลหลัก</w:t>
            </w:r>
          </w:p>
        </w:tc>
      </w:tr>
      <w:tr>
        <w:trPr>
          <w:trHeight w:hRule="exact" w:val="448"/>
        </w:trPr>
        <w:tc>
          <w:tcPr>
            <w:tcW w:type="dxa" w:w="1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Medium</w:t>
            </w:r>
          </w:p>
        </w:tc>
        <w:tc>
          <w:tcPr>
            <w:tcW w:type="dxa" w:w="8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กระทบฟังก์ชันย่อยหรือส่วนติดต่อผู้ใช้งานบางส่วน และกระทบ Man-day</w:t>
            </w:r>
          </w:p>
        </w:tc>
        <w:tc>
          <w:tcPr>
            <w:tcW w:type="dxa" w:w="5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รองรับ 2 ภาษา เพิ่มรายงานใหม่</w:t>
            </w:r>
          </w:p>
        </w:tc>
      </w:tr>
      <w:tr>
        <w:trPr>
          <w:trHeight w:hRule="exact" w:val="436"/>
        </w:trPr>
        <w:tc>
          <w:tcPr>
            <w:tcW w:type="dxa" w:w="1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Low</w:t>
            </w:r>
          </w:p>
        </w:tc>
        <w:tc>
          <w:tcPr>
            <w:tcW w:type="dxa" w:w="845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น้อยต่อ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Man-day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5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เพิ่มฟิลด์ในเอ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