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Repository (Backup)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พื้นที่สำรองสำหรับใช้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รณีที่เ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ารสูญหาย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การสำรอง Source Code และเอกสาร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412"/>
        <w:gridCol w:w="6659"/>
      </w:tblGrid>
      <w:tr>
        <w:trPr>
          <w:trHeight w:hRule="exact" w:val="450"/>
        </w:trPr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6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</w:p>
        </w:tc>
        <w:tc>
          <w:tcPr>
            <w:tcW w:type="dxa" w:w="6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(Secondary Remote)</w:t>
            </w:r>
          </w:p>
        </w:tc>
      </w:tr>
      <w:tr>
        <w:trPr>
          <w:trHeight w:hRule="exact" w:val="450"/>
        </w:trPr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</w:t>
            </w:r>
          </w:p>
        </w:tc>
        <w:tc>
          <w:tcPr>
            <w:tcW w:type="dxa" w:w="6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2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backup</w:t>
            </w:r>
          </w:p>
        </w:tc>
      </w:tr>
      <w:tr>
        <w:trPr>
          <w:trHeight w:hRule="exact" w:val="450"/>
        </w:trPr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ที่อยู่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</w:t>
            </w:r>
          </w:p>
        </w:tc>
        <w:tc>
          <w:tcPr>
            <w:tcW w:type="dxa" w:w="6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12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git@github.com:thanakorninbox-dev/wms-app.git</w:t>
            </w:r>
          </w:p>
        </w:tc>
      </w:tr>
      <w:tr>
        <w:trPr>
          <w:trHeight w:hRule="exact" w:val="450"/>
        </w:trPr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</w:p>
        </w:tc>
        <w:tc>
          <w:tcPr>
            <w:tcW w:type="dxa" w:w="6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และเอกสารส่งมอบใน Git Repository</w:t>
            </w:r>
          </w:p>
        </w:tc>
      </w:tr>
      <w:tr>
        <w:trPr>
          <w:trHeight w:hRule="exact" w:val="434"/>
        </w:trPr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</w:p>
        </w:tc>
        <w:tc>
          <w:tcPr>
            <w:tcW w:type="dxa" w:w="6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ารส่งมอบหรือปรับปรุง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</w:t>
            </w:r>
          </w:p>
        </w:tc>
      </w:tr>
      <w:tr>
        <w:trPr>
          <w:trHeight w:hRule="exact" w:val="450"/>
        </w:trPr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  <w:tc>
          <w:tcPr>
            <w:tcW w:type="dxa" w:w="6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 (Developer)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การสำรองฐานข้อมูล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412"/>
        <w:gridCol w:w="6659"/>
      </w:tblGrid>
      <w:tr>
        <w:trPr>
          <w:trHeight w:hRule="exact" w:val="450"/>
        </w:trPr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6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</w:p>
        </w:tc>
        <w:tc>
          <w:tcPr>
            <w:tcW w:type="dxa" w:w="6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Export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อัตโนมัติ</w:t>
            </w:r>
          </w:p>
        </w:tc>
      </w:tr>
      <w:tr>
        <w:trPr>
          <w:trHeight w:hRule="exact" w:val="434"/>
        </w:trPr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</w:p>
        </w:tc>
        <w:tc>
          <w:tcPr>
            <w:tcW w:type="dxa" w:w="6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ทุกวัน เวลา 02:00 น. (Asia/Bangkok)</w:t>
            </w:r>
          </w:p>
        </w:tc>
      </w:tr>
      <w:tr>
        <w:trPr>
          <w:trHeight w:hRule="exact" w:val="450"/>
        </w:trPr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</w:p>
        </w:tc>
        <w:tc>
          <w:tcPr>
            <w:tcW w:type="dxa" w:w="6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ลาวด์ที่บริษัท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</w:p>
        </w:tc>
      </w:tr>
      <w:tr>
        <w:trPr>
          <w:trHeight w:hRule="exact" w:val="436"/>
        </w:trPr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  <w:tc>
          <w:tcPr>
            <w:tcW w:type="dxa" w:w="6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ชุดสำรองรายวันเก็บ 30 วัน และชุดสิ้นเดือนเก็บ 12 เดือน</w:t>
            </w:r>
          </w:p>
        </w:tc>
      </w:tr>
      <w:tr>
        <w:trPr>
          <w:trHeight w:hRule="exact" w:val="450"/>
        </w:trPr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</w:p>
        </w:tc>
        <w:tc>
          <w:tcPr>
            <w:tcW w:type="dxa" w:w="6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ัดเฉพาะผู้ดูแลระบบและผู้บริหารที่ได้รับมอบหมาย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รายการตรวจสอบการสำรองข้อมูล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96"/>
        <w:gridCol w:w="4564"/>
        <w:gridCol w:w="1007"/>
        <w:gridCol w:w="1397"/>
        <w:gridCol w:w="1307"/>
      </w:tblGrid>
      <w:tr>
        <w:trPr>
          <w:trHeight w:hRule="exact" w:val="450"/>
        </w:trPr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  <w:tc>
          <w:tcPr>
            <w:tcW w:type="dxa" w:w="1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</w:tr>
      <w:tr>
        <w:trPr>
          <w:trHeight w:hRule="exact" w:val="690"/>
        </w:trPr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BK-001</w:t>
            </w:r>
          </w:p>
        </w:tc>
        <w:tc>
          <w:tcPr>
            <w:tcW w:type="dxa" w:w="4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ตรวจสอบว่า Remote สำรองเข้าถึงได้และมี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ตรงกับ Repository หลัก</w:t>
            </w:r>
          </w:p>
        </w:tc>
        <w:tc>
          <w:tcPr>
            <w:tcW w:type="dxa" w:w="1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96"/>
        <w:gridCol w:w="4564"/>
        <w:gridCol w:w="1007"/>
        <w:gridCol w:w="1397"/>
        <w:gridCol w:w="1307"/>
      </w:tblGrid>
      <w:tr>
        <w:trPr>
          <w:trHeight w:hRule="exact" w:val="448"/>
        </w:trPr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  <w:tc>
          <w:tcPr>
            <w:tcW w:type="dxa" w:w="1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</w:tr>
      <w:tr>
        <w:trPr>
          <w:trHeight w:hRule="exact" w:val="676"/>
        </w:trPr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BK-002</w:t>
            </w:r>
          </w:p>
        </w:tc>
        <w:tc>
          <w:tcPr>
            <w:tcW w:type="dxa" w:w="4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Clone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1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448"/>
        </w:trPr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BK-003</w:t>
            </w:r>
          </w:p>
        </w:tc>
        <w:tc>
          <w:tcPr>
            <w:tcW w:type="dxa" w:w="4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ชุดสำรองสู่สภาพแวดล้อมทดสอบ</w:t>
            </w:r>
          </w:p>
        </w:tc>
        <w:tc>
          <w:tcPr>
            <w:tcW w:type="dxa" w:w="1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2"/>
        </w:trPr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BK-004</w:t>
            </w:r>
          </w:p>
        </w:tc>
        <w:tc>
          <w:tcPr>
            <w:tcW w:type="dxa" w:w="4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</w:p>
        </w:tc>
        <w:tc>
          <w:tcPr>
            <w:tcW w:type="dxa" w:w="1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ขั้นตอนการกู้คืน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15"/>
        <w:gridCol w:w="2422"/>
        <w:gridCol w:w="6034"/>
      </w:tblGrid>
      <w:tr>
        <w:trPr>
          <w:trHeight w:hRule="exact" w:val="448"/>
        </w:trPr>
        <w:tc>
          <w:tcPr>
            <w:tcW w:type="dxa" w:w="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4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</w:p>
        </w:tc>
        <w:tc>
          <w:tcPr>
            <w:tcW w:type="dxa" w:w="6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4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วามเสียหาย</w:t>
            </w:r>
          </w:p>
        </w:tc>
        <w:tc>
          <w:tcPr>
            <w:tcW w:type="dxa" w:w="6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ตรวจสอบว่าข้อมูลที่สูญหายเป็น Source Code เอกสาร หรือฐานข้อมูล</w:t>
            </w:r>
          </w:p>
        </w:tc>
      </w:tr>
      <w:tr>
        <w:trPr>
          <w:trHeight w:hRule="exact" w:val="450"/>
        </w:trPr>
        <w:tc>
          <w:tcPr>
            <w:tcW w:type="dxa" w:w="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4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ชุดสำรองที่จะใช้</w:t>
            </w:r>
          </w:p>
        </w:tc>
        <w:tc>
          <w:tcPr>
            <w:tcW w:type="dxa" w:w="6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ชุดสำรองล่าสุดที่ผ่าน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ารตรวจสอบและยืนยันวันที่</w:t>
            </w:r>
          </w:p>
        </w:tc>
      </w:tr>
      <w:tr>
        <w:trPr>
          <w:trHeight w:hRule="exact" w:val="434"/>
        </w:trPr>
        <w:tc>
          <w:tcPr>
            <w:tcW w:type="dxa" w:w="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4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ืนสู่สภาพแวดล้อมทดสอบ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</w:t>
            </w:r>
          </w:p>
        </w:tc>
        <w:tc>
          <w:tcPr>
            <w:tcW w:type="dxa" w:w="6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Clone จาก Remote สำรอง หรือ Restore ฐานข้อมูลสู่เครื่องทดสอบ</w:t>
            </w:r>
          </w:p>
        </w:tc>
      </w:tr>
      <w:tr>
        <w:trPr>
          <w:trHeight w:hRule="exact" w:val="450"/>
        </w:trPr>
        <w:tc>
          <w:tcPr>
            <w:tcW w:type="dxa" w:w="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4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6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้อมูลตัวอย่างว่า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</w:tr>
      <w:tr>
        <w:trPr>
          <w:trHeight w:hRule="exact" w:val="436"/>
        </w:trPr>
        <w:tc>
          <w:tcPr>
            <w:tcW w:type="dxa" w:w="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4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ืนสู่สภาพแวดล้อมใช้งานจริง</w:t>
            </w:r>
          </w:p>
        </w:tc>
        <w:tc>
          <w:tcPr>
            <w:tcW w:type="dxa" w:w="6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บันทึกจุดกู้คืน หยุดบริการที่เกี่ยวข้อง กู้คืน แล้วตรวจสอบสถานะระบบตามคู่มือผู้ดูแลระบบ</w:t>
            </w:r>
          </w:p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-backup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