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31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Statement of Work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25690105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ตงานและหนังสือเชิญประชุมเปิดโ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31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44" w:right="129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มกราคม 2569 – 24 สิงหาคม 2569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46" w:lineRule="exact" w:before="4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วันที่ 5 มกราคม 2569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เรื่อง: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ขอบเขตงานโครงการพัฒนาระบบบริหารจัดการคลังสินค้า และนัดประชุมเปิดโครงการ</w:t>
      </w:r>
    </w:p>
    <w:p>
      <w:pPr>
        <w:autoSpaceDN w:val="0"/>
        <w:autoSpaceDE w:val="0"/>
        <w:widowControl/>
        <w:spacing w:line="244" w:lineRule="exact" w:before="2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เรียน: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ผู้บริหาร หัวหน้าฝ่าย และผู้เกี่ยวข้องทุกฝ่าย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ตามที่ บริษัท บี.อาร์.เอ็น เอ็นเตอร์ไพรส์ จำกัด ได้ใช้การบันทึกข้อมูลคลังสินค้าด้วยกระบวนการที่กระจายอยู่หลายระบบและบางส่วนยังใช้เอกสารกระดาษ ซึ่งปัจจุบันพบว่ามีข้อจำกัดด้านความถูกต้องของยอดสินค้าคงคลัง ความรวดเร็วในการตรวจสอบ และการเชื่อมโยงกับงานขาย งานจัดซื้อ และงานบัญชี ผู้บริหารจึงเล็งเห็นความจำเป็นในการพัฒนาระบบบริหารจัดการคลังสินค้า (Warehouse Management System) ขึ้นใหม่ เพื่อให้การปฏิบัติงานมีความถูกต้อง ตรวจสอบย้อนกลับได้ และรองรับการเติบโตของธุรกิจ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ดังนั้น จึงขอนัดประชุมเพื่อหารือร่วมกันระหว่างทุกฝ่ายที่เกี่ยวข้อง 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รับฟังข้อเสนอแนะจากฝ่ายคลังสินค้า ฝ่ายขาย ฝ่ายจัดซื้อ และฝ่ายบัญชี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กำหนดแนวทางและกรอบความต้องการของระบบ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วางแผนดำเนินการพัฒนาและกำหนดผู้รับผิดชอบ</w:t>
      </w:r>
    </w:p>
    <w:p>
      <w:pPr>
        <w:autoSpaceDN w:val="0"/>
        <w:autoSpaceDE w:val="0"/>
        <w:widowControl/>
        <w:spacing w:line="266" w:lineRule="exact" w:before="38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รายละเอียดการประชุม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 เวลา: 5 มกราคม 2569 เวลา 09.00 – 11.00 น.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สถานที่: ห้องประชุม บริษัท บี.อาร์.เอ็น เอ็นเตอร์ไพรส์ จำกัด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ผู้เข้าร่วม: ผู้บริหาร / ผู้จัดการ / หัวหน้าฝ่ายที่เกี่ยวข้อง และทีมพัฒนาระบบ</w:t>
      </w:r>
    </w:p>
    <w:p>
      <w:pPr>
        <w:autoSpaceDN w:val="0"/>
        <w:autoSpaceDE w:val="0"/>
        <w:widowControl/>
        <w:spacing w:line="268" w:lineRule="exact" w:before="396" w:after="12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วัตถุประสงค์ของโครงการ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พัฒนาระบบบริหารจัดการคลังสินค้าแบบ Web-based รองรับหลายบริษัทและหลายคลังสินค้า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รองรับการรับเข้า จ่ายออก โอนย้าย ตรวจนับ พร้อมติดตาม Lot, Serial Number และวันหมดอายุ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ลดข้อผิดพลาดจากการทำงานด้วยมือ และเพิ่มความสามารถในการตรวจสอบย้อนกลับ</w:t>
      </w:r>
    </w:p>
    <w:p>
      <w:pPr>
        <w:sectPr>
          <w:headerReference w:type="default" r:id="rId15"/>
          <w:footerReference w:type="default" r:id="rId16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รองรับงานขาย งานจัดซื้อ งานการเงิน และการบันทึกบัญชีที่เกี่ยวข้อง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ควบคุมความปลอดภัย การแยกข้อมูลระหว่างบริษัท สิทธิ์การใช้งาน และการแจ้งเตือนแบบ Real-time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ขอบเขตงาน (Scope of Work)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1413"/>
        <w:gridCol w:w="7056"/>
      </w:tblGrid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ระบบย่อย</w:t>
            </w:r>
          </w:p>
        </w:tc>
      </w:tr>
      <w:tr>
        <w:trPr>
          <w:trHeight w:hRule="exact" w:val="94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ระบบบริหารจัดการผู้ใช้งานและสิทธิ์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692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ระบบข้อมูลหลัก (Master Data)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(Bin)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ประเภทผู้ติดต่อและผู้ติดต่อ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117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ระบบควบคุมสินค้าคงคลัง (Inventory Control)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1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ใบเสนอราคา (Quotation) / ใบสั่งขาย (Sales Order) / ใบแจ้งหนี้ (Invoice) / ใบรับคืน / ใบลดหนี้ (Return / Credit Note)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ระบบจัดซื้อ (Purchasing)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(Supplier Return)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ระบบการเงิน (Finance)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ระบบบัญชี (Accounting)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(Journal / GL)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ภาษีมูล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่าเพิ่ม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ระบบรายงานและ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93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ระบบแจ้งเตือนและ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1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7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Manual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setup.php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 (php-apache,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mariadb, node/pm2)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Control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สิ่งส่งมอบ (Work Products)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42"/>
        <w:gridCol w:w="5542"/>
        <w:gridCol w:w="2687"/>
      </w:tblGrid>
      <w:tr>
        <w:trPr>
          <w:trHeight w:hRule="exact" w:val="434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690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Schedule)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Customer Requirements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6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Requirements Specification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42"/>
        <w:gridCol w:w="5542"/>
        <w:gridCol w:w="2687"/>
      </w:tblGrid>
      <w:tr>
        <w:trPr>
          <w:trHeight w:hRule="exact" w:val="448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Design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688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Change Report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36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Test Case and Test Procedures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Validation Results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48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User Document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676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ารทดสอบพร้อมนำไปใช้งานจริง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และติดตั้ง</w:t>
            </w:r>
          </w:p>
        </w:tc>
      </w:tr>
      <w:tr>
        <w:trPr>
          <w:trHeight w:hRule="exact" w:val="450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Product Operation Guide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4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5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Maintenance Document</w:t>
            </w:r>
          </w:p>
        </w:tc>
        <w:tc>
          <w:tcPr>
            <w:tcW w:type="dxa" w:w="26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ข้อยกเว้นและข้อสมมติ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ไม่รวมการจัดหาเครื่องแม่ข่าย อุปกรณ์เครือข่าย เครื่องอ่านบาร์โค้ด หรือบริการภายนอก เว้นแต่ได้รับอนุมัติแยกต่างหาก</w:t>
      </w:r>
    </w:p>
    <w:p>
      <w:pPr>
        <w:autoSpaceDN w:val="0"/>
        <w:autoSpaceDE w:val="0"/>
        <w:widowControl/>
        <w:spacing w:line="244" w:lineRule="exact" w:before="56" w:after="0"/>
        <w:ind w:left="65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หา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การย้ายข้อมูลจากระบบเดิม การเชื่อมต่อ ERP หรือบริการภายนอก ต้องผ่านกระบวนการ Change Request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ผู้มีส่วนได้ส่วนเสียต้องให้ข้อมูล ตรวจสอบเอกสาร และร่วมทดสอบตามกำหนดเวลา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แผนงานและหลักไมล์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4396"/>
        <w:gridCol w:w="4675"/>
      </w:tblGrid>
      <w:tr>
        <w:trPr>
          <w:trHeight w:hRule="exact" w:val="450"/>
        </w:trPr>
        <w:tc>
          <w:tcPr>
            <w:tcW w:type="dxa" w:w="4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ช่วงงาน</w:t>
            </w:r>
          </w:p>
        </w:tc>
        <w:tc>
          <w:tcPr>
            <w:tcW w:type="dxa" w:w="46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</w:t>
            </w:r>
          </w:p>
        </w:tc>
      </w:tr>
      <w:tr>
        <w:trPr>
          <w:trHeight w:hRule="exact" w:val="434"/>
        </w:trPr>
        <w:tc>
          <w:tcPr>
            <w:tcW w:type="dxa" w:w="4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เริ่มต้นและวางแผนโ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46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พัฒนาและทดสอบภายใน</w:t>
            </w:r>
          </w:p>
        </w:tc>
        <w:tc>
          <w:tcPr>
            <w:tcW w:type="dxa" w:w="46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36"/>
        </w:trPr>
        <w:tc>
          <w:tcPr>
            <w:tcW w:type="dxa" w:w="4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ทดสอบ จัดทำเอกสาร และส่งมอบ</w:t>
            </w:r>
          </w:p>
        </w:tc>
        <w:tc>
          <w:tcPr>
            <w:tcW w:type="dxa" w:w="46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วันสิ้นสุดโ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46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เกณฑ์การตรวจรับ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ฟังก์ชันในขอบเขตผ่าน Test Case และเชื่อมโยงกับความต้องการใน Traceability Record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ไม่มีข้อบกพร่องระดับวิกฤตที่ขัดขวางการใช้งานคงค้าง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มีคู่มือติดตั้ง คู่มือผู้ใช้ คู่มือผู้ดูแลระบบ และคู่มือบำรุงรักษาครบถ้วน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 (Verification) การทดสอบการยอมรับ (Validation) และการตรวจรับได้รับการลงนามโดยผู้มีอำนาจ</w:t>
      </w:r>
    </w:p>
    <w:p>
      <w:pPr>
        <w:autoSpaceDN w:val="0"/>
        <w:autoSpaceDE w:val="0"/>
        <w:widowControl/>
        <w:spacing w:line="268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การควบคุมการเปลี่ยนแปลง</w:t>
      </w:r>
    </w:p>
    <w:p>
      <w:pPr>
        <w:autoSpaceDN w:val="0"/>
        <w:autoSpaceDE w:val="0"/>
        <w:widowControl/>
        <w:spacing w:line="246" w:lineRule="exact" w:before="1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ารเปลี่ยนแปลง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ำหนดเวลา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หรือสิ่งส่งมอบ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ต้องบันทึ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Change Report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ประเมินผล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ระทบ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และได้รับ</w:t>
      </w:r>
    </w:p>
    <w:p>
      <w:pPr>
        <w:autoSpaceDN w:val="0"/>
        <w:autoSpaceDE w:val="0"/>
        <w:widowControl/>
        <w:spacing w:line="244" w:lineRule="exact" w:before="70" w:after="12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อนุมัติ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่อนดำเนิน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ส่วน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้อบ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พร่องต้องบันทึ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Correction Register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และเชื่อมโยง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ับหลั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ฐาน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ทดสอบที่เ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ี่ยว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้อง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จึงเรียนมาเพื่อโปรดพิจารณาและเข้าร่วมประชุมโดยพร้อมเพรียงกัน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SoW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tement-of-work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