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750"/>
        <w:gridCol w:w="3116"/>
        <w:gridCol w:w="1980"/>
        <w:gridCol w:w="1570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Baseline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(PHP)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(Node.js)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94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Database Schema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Package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apache, mariadb, node/pm2)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70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Template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.env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docker/init-env.sh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Demo Data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้อมูลสาธิตสำหรับตรวจรับ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demo_seed*.php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dd48a8b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Package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76" w:after="0"/>
              <w:ind w:left="108" w:right="72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2"/>
        <w:gridCol w:w="1015"/>
        <w:gridCol w:w="3469"/>
        <w:gridCol w:w="985"/>
      </w:tblGrid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Register &amp; Onboarding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Login &amp; Role 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Session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2"/>
        <w:gridCol w:w="1015"/>
        <w:gridCol w:w="3469"/>
        <w:gridCol w:w="985"/>
      </w:tblGrid>
      <w:tr>
        <w:trPr>
          <w:trHeight w:hRule="exact" w:val="44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67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Administration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Profile &amp; System Settings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SMTP &amp; Mail Dispatch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/ Storage / Bin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Product &amp; Category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Contact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Layer Configuration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Stock-in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Stock-out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 Transfer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Lot / Serial / Expiry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Barcode Label &amp; Scan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File Attachment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Quotation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Sales Order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Invoice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Return / Credit Note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Request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Order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Invoice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Supplier Return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Receipt Billing &amp; Receipt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Payment Billing &amp; Payment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Departments / Formulas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 – Journal &amp; GL Posting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Dashboard &amp; Aggregates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Stock Reports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Financial Reports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2"/>
        <w:gridCol w:w="1015"/>
        <w:gridCol w:w="3469"/>
        <w:gridCol w:w="985"/>
      </w:tblGrid>
      <w:tr>
        <w:trPr>
          <w:trHeight w:hRule="exact" w:val="44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Filter / Print / Export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Numbering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Lifecycle &amp; Status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Audit Fields &amp; History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88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Socket.IO Notification Server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7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Scheduler (ETL &amp; Alerts)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Tenant Scope 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Server-side Validation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Posting Window &amp; Usage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TLS &amp; Secret Configuration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setup.php Schema Installer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Docker Compose Stack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.env Generator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34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Backup &amp; Restore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196"/>
        <w:gridCol w:w="1875"/>
      </w:tblGrid>
      <w:tr>
        <w:trPr>
          <w:trHeight w:hRule="exact" w:val="434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(Module Group)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13</w:t>
            </w:r>
          </w:p>
        </w:tc>
      </w:tr>
      <w:tr>
        <w:trPr>
          <w:trHeight w:hRule="exact" w:val="436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้อมูลที่ใช้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34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