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Stakeholder Register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25690116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รายชื่อผู้มีส่วนได้ส่วนเสีย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(Stakeholder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ชื่อย่อ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บทบาท (Role)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(Responsibility)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ระดับการมีส่วนร่วม (Engagement)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ตรวจรับส่งมอบ และอนุมัติปิดโครงการ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 (Approve),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(Inform)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วางแผนและควบคุมโครงการ ติดตามความก้าวหน้า บริหารความเสี่ยงและการเปลี่ยนแปลง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 (Accountable),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Analyst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ออกแบบระบบและฐานข้อมูล จัดทำเอกสาร SRS และ Design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พัฒนาระบบตามการออกแบบ ดูแลความปลอดภัย การติดตั้ง และการสำรองข้อมูล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QA / Tester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จัดทำและดำเนินการทดสอบ ตรวจสอบ Work Products และติดตามการแก้ไขข้อบกพร่อง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ควบคุมรหัสเอกสาร เวอร์ชัน การอนุมัติ การจัดเก็บ และหลักฐานของโครงการ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 (Consult), 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(Review)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ซื้อ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6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Administrator)</w:t>
            </w:r>
          </w:p>
        </w:tc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ผู้สนับสนุน</w:t>
            </w:r>
          </w:p>
        </w:tc>
        <w:tc>
          <w:tcPr>
            <w:tcW w:type="dxa" w:w="3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 (Consult),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(Inform)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หมายเหตุ: รหัสระดับการมีส่วนร่วม (Engagement Level) ได้แก่ A: Approve, R: Responsible, C: Consult, I: Inform ตามแนวทาง RACI Matrix เพื่อระบุระดับการมีส่วนร่วมในแต่ละบทบาท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ช่องทางการสื่อสาร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(Progress Status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Record)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Sponsor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ประชุมติดตามโ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(Minutes of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Meeting)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ตามจุดตรวจสอบที่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้องทั้งหมด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 / ThS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และผู้รับผิดชอบที่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(Change Report)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2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ณะพิจารณา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keholder-regis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