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ข้อมูลโครงการ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วันที่เริ่มโ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วัตถุประสงค์ของโครงการ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โครงการพัฒนาระบบบริหารจัดการคลังสินค้าของ บริษัท บี.อาร์.เอ็น เอ็นเตอร์ไพรส์ จำกัด จัดทำขึ้นเพื่อรวมศูนย์การจัดการคลังสินค้า เชื่อมโยงกับงานขาย งานจัดซื้อ และงานบัญชี ให้ครบวงจร โดยมีวัตถุประสงค์ดังนี้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วัตถุประสง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(Objective)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รวมศูนย์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ทดแทนการบันทึกที่กระจายอยู่หลายระบบ ให้ยอดสินค้าคงคลังถูกต้องและตรวจสอบได้จากแหล่งเดียว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รองรับหลายบริษัทและหลาย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องผู้ใช้แต่ละรายให้อยู่ในบริษัทและ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เชื่อมโยงงานปฏิบัติ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ับงานบัญชี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ายและงานจัดซื้อบันทึ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ควบคุมเลขที่เอกสาร สถานะ และประวัติรายการ พร้อมติดตาม Lot, Serial Number และวันหมดอายุ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ให้ติดตั้งและดูแลรั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ษาได้อย่างเป็นระบบ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มีขั้นตอนติดตั้ง ตั้งค่า สำรอง และกู้คืนที่ทำซ้ำได้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ขอบเขตของงาน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Inventory Control (Stock in/out/transfer, Lot, Serial, Expiry,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(Chart of Accounts, Department, Journal, General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(Role)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อนุมัติเอกสารโครงการและงบประมาณ 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แผนระยะเวลาโครงการ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572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6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Initiation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6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15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3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Kick-off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Planning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26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3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Plan, Work 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572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6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Execution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1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  <w:tc>
          <w:tcPr>
            <w:tcW w:type="dxa" w:w="26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0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3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  <w:tc>
          <w:tcPr>
            <w:tcW w:type="dxa" w:w="26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00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3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ตรวจสอบเอกสาร ทดสอบระบบ และ UAT</w:t>
            </w:r>
          </w:p>
        </w:tc>
      </w:tr>
      <w:tr>
        <w:trPr>
          <w:trHeight w:hRule="exact" w:val="72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Close</w:t>
            </w:r>
          </w:p>
        </w:tc>
        <w:tc>
          <w:tcPr>
            <w:tcW w:type="dxa" w:w="1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10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6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115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สิงหาคม 2569 – 24 สิงหาคม 2569</w:t>
            </w:r>
          </w:p>
        </w:tc>
        <w:tc>
          <w:tcPr>
            <w:tcW w:type="dxa" w:w="37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อบรม ปิดงานควบคุมปฏิบัติการ และปิดโครงการ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หลักไมล์และเกณฑ์ความสำเร็จ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ไมล์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อนุมัติขอบเขตและวัตถุประสงค์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ตรวจรับส่งมอบ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ลงนามตรวจรับสิ่งส่งมอบ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