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 (Change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25690824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594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(11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25690504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25690604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25690810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25690824 V1.0 YaB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 (SRS)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Case and Test Procedures 25690731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20" w:right="10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autoSpaceDN w:val="0"/>
        <w:autoSpaceDE w:val="0"/>
        <w:widowControl/>
        <w:spacing w:line="256" w:lineRule="exact" w:before="33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