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11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6" w:lineRule="exact" w:before="74" w:after="0"/>
              <w:ind w:left="16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และตรวจสอบเอกสารส่งมอบทั้งหมด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 Software Project Plan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มีข้อมูลผู้รับผิดชอบครบทั้ง 6 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6 Project Estimate และ 7 Project Resources มีข้อมูลครบถ้วน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มีปริมาณงานและทรัพยา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R1–R8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แนวทางจัด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รณีงานไม่แล้วเสร็จ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 Customer Requirements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ารแต่ละราย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CR01–CR14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 Software Requirements</w:t>
            </w:r>
          </w:p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ทุกรายการอ้างอิงกลับไปยัง CR ที่เกี่ยวข้อง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 Software Design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จอที่จะใช้ในระบบ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 Change Report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รายการปรับปรุงที่เสนอได้รับการพิจารณาตามเกณฑ์และบันทึกผลครบทุกรายการ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 Test Case and Test Procedures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ารทดสอบพร้อมรหัสเรียงลำดับ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าดหวังอย่างชัดเจน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 Validation Results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ครอบคลุมครบ 14 หมวด 80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 Software User Document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งานที่ส่งมอบ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จอจริง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ระบบติดตั้งและใช้งานได้บนสภาพ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จัดเก็บครบทั้ง Repository หลักและสำรอง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 Product Operation Guide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มีทั้งแบบ Container และแบบ Manual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รบถ้วนพร้อมผล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 Maintenance Document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มีครบทั้ง 3 ประเภทและ 6 กิจกรรม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