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3 (31 กรกฎาคม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3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 Test Case and Test Procedures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VR03.060.001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มีรายละเอียดครบถ้วนถูกต้อง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VR03.060.002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พร้อมรหัสเรียงลำดับ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มีรายการครบ 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VR03.060.003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อ้างอิง Software Unit 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VR03.060.004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VR03.060.005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อย่างชัดเจน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VR03.060.006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Required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Intercase Dependency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VR03.060.007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VR03.060.008</w:t>
            </w:r>
          </w:p>
        </w:tc>
        <w:tc>
          <w:tcPr>
            <w:tcW w:type="dxa" w:w="35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