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Verification Results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25690317 V0.1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1 (17 มีนาคม 2569)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44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สารวางแผน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เวลาตรวจสอบ</w:t>
            </w:r>
          </w:p>
        </w:tc>
        <w:tc>
          <w:tcPr>
            <w:tcW w:type="dxa" w:w="2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09:00 – 12:00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.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ชั่วโมง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4" w:lineRule="exact" w:before="12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ตามแผนการตรวจสอบในหัวข้อ 8.1 ของ Software Project Plan ซึ่งกำหนดให้ตรวจสอบ 4 รอบ ประมาณทุก 2 เดือน และรอบสุดท้ายก่อนส่งมอบระบบ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 การตรวจสอบรอบนี้เป็นรอบที่ 1 ใช้เวลา 3 ชั่วโมง (09:00 – 12:00 น.)</w:t>
      </w:r>
    </w:p>
    <w:p>
      <w:pPr>
        <w:autoSpaceDN w:val="0"/>
        <w:autoSpaceDE w:val="0"/>
        <w:widowControl/>
        <w:spacing w:line="230" w:lineRule="exact" w:before="43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64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Project Plan</w:t>
            </w:r>
          </w:p>
        </w:tc>
      </w:tr>
      <w:tr>
        <w:trPr>
          <w:trHeight w:hRule="exact" w:val="450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Requirements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4" w:lineRule="exact" w:before="52" w:after="335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4" w:lineRule="exact" w:before="52" w:after="335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4" w:lineRule="exact" w:before="52" w:after="335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4" w:lineRule="exact" w:before="52" w:after="335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32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31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 Software Project Plan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VR01.010.001</w:t>
            </w:r>
          </w:p>
        </w:tc>
        <w:tc>
          <w:tcPr>
            <w:tcW w:type="dxa" w:w="31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มีรายละเอียดใน Header ครบถ้วน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VR01.010.002</w:t>
            </w:r>
          </w:p>
        </w:tc>
        <w:tc>
          <w:tcPr>
            <w:tcW w:type="dxa" w:w="31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 Run Version ของเอกสารที่ระบุใน Header ถูกต้องและสัมพันธ์กับชื่อไฟล์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ระบุเวอร์ชันและวันที่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ับชื่อไฟล์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VR01.010.003</w:t>
            </w:r>
          </w:p>
        </w:tc>
        <w:tc>
          <w:tcPr>
            <w:tcW w:type="dxa" w:w="31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ระบุรายละเอียดหัว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Manufacture, 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Overview, 3 Goals and Scope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VR01.010.004</w:t>
            </w:r>
          </w:p>
        </w:tc>
        <w:tc>
          <w:tcPr>
            <w:tcW w:type="dxa" w:w="31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3.3 Work Products มีรายการสิ่งส่งมอบพร้อมรหัส เช่น WP 1.0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มีรายการสิ่งส่งมอบและรหัสครบ 11 รายการ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VR01.010.005</w:t>
            </w:r>
          </w:p>
        </w:tc>
        <w:tc>
          <w:tcPr>
            <w:tcW w:type="dxa" w:w="31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5 Organization ระบุบทบาท ชื่อ-นามสกุล ตำแหน่ง และข้อมูลติดต่อครบถ้วน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้อมูลผู้รับผิดชอบ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6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VR01.010.006</w:t>
            </w:r>
          </w:p>
        </w:tc>
        <w:tc>
          <w:tcPr>
            <w:tcW w:type="dxa" w:w="31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6 Project Estimate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7 Project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Resources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มีปริมาณงานและทรัพยากรครบถ้วน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VR01.010.007</w:t>
            </w:r>
          </w:p>
        </w:tc>
        <w:tc>
          <w:tcPr>
            <w:tcW w:type="dxa" w:w="31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8 Work Schedule ระบุงานพร้อมรหัส ผู้รับผิดชอบ วันกำหนดส่ง และสิ่งส่งมอบ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มีแผนงาน 27 กิจกรรมพร้อมรายละเอียดครบ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VR01.010.008</w:t>
            </w:r>
          </w:p>
        </w:tc>
        <w:tc>
          <w:tcPr>
            <w:tcW w:type="dxa" w:w="31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3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9 Risk Management Plan ระบุความเสี่ยงพร้อมรหัส ระดับผลกระทบ และผู้รับผิดชอบ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มีความเสี่ยง R1–R8 พร้อมแนวทางจัดการ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VR01.010.009</w:t>
            </w:r>
          </w:p>
        </w:tc>
        <w:tc>
          <w:tcPr>
            <w:tcW w:type="dxa" w:w="31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10 Contingency Actions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รณีงานไม่แล้วเสร็จ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มีแผนรองรับ 5 สถานการณ์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VR01.010.010</w:t>
            </w:r>
          </w:p>
        </w:tc>
        <w:tc>
          <w:tcPr>
            <w:tcW w:type="dxa" w:w="31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 Customer Requirements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VR01.020.001</w:t>
            </w:r>
          </w:p>
        </w:tc>
        <w:tc>
          <w:tcPr>
            <w:tcW w:type="dxa" w:w="31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มีรายละเอียดใน Header ครบถ้วน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VR01.020.002</w:t>
            </w:r>
          </w:p>
        </w:tc>
        <w:tc>
          <w:tcPr>
            <w:tcW w:type="dxa" w:w="31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จัดความต้องการแต่ละรายการลงในหมวด CR01–CR14 อย่างถูกต้อง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จัดหมวดครบทั้ง 14 หมวด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VR01.020.003</w:t>
            </w:r>
          </w:p>
        </w:tc>
        <w:tc>
          <w:tcPr>
            <w:tcW w:type="dxa" w:w="31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รหัสประจำรายการ เช่น CR01:001 เขียนและเรียงลำดับถูกต้อง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VR01.020.004</w:t>
            </w:r>
          </w:p>
        </w:tc>
        <w:tc>
          <w:tcPr>
            <w:tcW w:type="dxa" w:w="31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ช่อง Result มีข้อสรุปครบทุกรายการ ไม่มีรายการที่ไม่มีข้อสรุป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มีผลสรุป A ครบทั้ง 80 รายการ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31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VR01.020.005</w:t>
            </w:r>
          </w:p>
        </w:tc>
        <w:tc>
          <w:tcPr>
            <w:tcW w:type="dxa" w:w="31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ลงชื่อผู้จัดทำและผู้อนุมัติซึ่งเป็นฝ่ายลู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เรียบร้อย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5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8" w:lineRule="exact" w:before="35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15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15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316" w:lineRule="exact" w:before="244" w:after="0"/>
        <w:ind w:left="256" w:right="864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ผลการตรวจสอบรอบนี้ผ่านทุกรายการ ประเด็นที่พบระหว่างการตรวจสอบได้รับการแก้ไขและบันทึกใน Correction Register แล้ว การตรวจสอบรอบถัดไปจะครอบคลุมสิ่งส่งมอบที่จัดทำเพิ่มเติมในช่วงถัดไป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