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ชื่อผลิตภัณฑ์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4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วันที่ส่งมอบ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7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1.0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60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 Baseline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ชุดติดตั้งระบบ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สำหรับสร้างฐานข้อมูล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 80 รายการ ผ่านทั้งหมด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ารตรวจรับส่งมอบ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ตรวจรับตามแผนในวันที่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(Acceptance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Document, Product Operation Guide, Maintenance Document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