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Components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เอกสารแสดงส่วนประกอบต่าง ๆ ของโปรแกรมแต่ละเวอร์ชัน (Compiled Program, Source Code, Database)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ส่วนประกอบของซอฟต์แวร์ที่ส่งมอบ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ประเภทส่วน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เวอร์ชัน / Baseline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(PHP)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แอปพลิเคชันหลักและ Manager Classes ทั้งหมด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(Node.js)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สคริปต์สร้างฐานข้อมูล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docker/mariadb/init-wms2.sql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Package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 (php-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apache, mariadb, node/pm2)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4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Template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แม่แบบค่าตั้งค่าและสคริปต์สร้าง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.env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4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docker/init-env.sh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Demo Data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้อมูลสาธิตสำหรับตรวจรับ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demo_seed*.php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dd48a8b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Package</w:t>
            </w:r>
          </w:p>
        </w:tc>
        <w:tc>
          <w:tcPr>
            <w:tcW w:type="dxa" w:w="33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Repository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Software Unit ที่พัฒนาแล้ว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 – Register &amp; Onboarding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 – Login &amp; Role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Session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Administration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 – Profile &amp; System Settings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 – SMTP &amp; Mail Dispatch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Warehouse / Storage / Bin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Product &amp; Category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Contact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Warehouse Layer Configuration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Stock-out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 Transfer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Lot / Serial / Expiry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Barcode Label &amp; Scan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File Attachment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Quotation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Sales Order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Return / Credit Note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Request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Order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Invoice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Supplier Return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– Receipt Billing &amp; Receipt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– Payment Billing &amp; Payment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Departments / Formulas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 – Journal &amp; GL Posting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Dashboard &amp; Aggregates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Stock Reports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Financial Reports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Filter / Print / Export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Numbering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Lifecycle &amp; 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Audit Fields &amp; History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Scheduler)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 – Socket.IO Notification Server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Scheduler)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 – Scheduler (ETL &amp; Alerts)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Tenant Scope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Server-side Validation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Operation Lock &amp; Usage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TLS &amp; Secret Configuration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setup.php Schema Installer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0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Docker Compose Stack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.env Generator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Backup &amp; Restore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สรุปจำนวนส่วนประกอบ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(Module Group)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Unit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2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ารที่ทำงานเบื้องหลัง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การควบคุมส่วนประกอบ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ส่วนประกอบทั้งหมดควบคุมเวอร์ชันด้วย Git โดยมี Baseline ของระบบที่ส่งมอบคือ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6c39700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สำรองไปยัง Remote สำรอง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git@github.com:thanakorninbox-dev/wms-app.git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ตามที่ระบุใน Project Repository (Backup)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การเพิ่มหรือแก้ไขส่วนประกอบต้องผ่าน Change Report หรือบันทึกใน Correction Register แล้วแต่กรณี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mpon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