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High Level Architecture Diagram</w:t>
      </w:r>
    </w:p>
    <w:p>
      <w:pPr>
        <w:autoSpaceDN w:val="0"/>
        <w:autoSpaceDE w:val="0"/>
        <w:widowControl/>
        <w:spacing w:line="244" w:lineRule="exact" w:before="1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ภาพรวมสถาปัตยกรรมของระบบ แบ่งเป็นผู้ใช้งาน ชั้น Client, Web, Data, Service และบริการภายนอก พร้อมช่องทางการเชื่อมต่อระหว่างกัน ทุกคำขอจากหน้าจอผ่านการตรวจสอบของ db_auth ก่อนถึงตรรกะธุรกิจ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0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2956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295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0"/>
        <w:ind w:left="179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 High Level Architecture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รงสร้างระบบแบ่งตามชั้น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ารทำงาน</w:t>
      </w:r>
    </w:p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 บทบาทที่สูงกว่าได้รับสิทธิ์การใช้งานของบทบาทที่ต่ำกว่าทั้งหมด (Viewer → Staff → Admin → Owner)</w:t>
      </w:r>
    </w:p>
    <w:p>
      <w:pPr>
        <w:sectPr>
          <w:headerReference w:type="default" r:id="rId20"/>
          <w:footerReference w:type="default" r:id="rId2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641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40678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406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268"/>
        <w:ind w:left="0" w:right="2732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2 Use Case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ลุ่ม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ารใช้งานหลั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Actor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จัดการข้อมูลหลัก ผู้ใช้ สิทธิ์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Staff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Viewer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Scheduler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 Service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6" w:lineRule="exact" w:before="174" w:after="342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โมดูลของระบบ (Software Unit กลุ่ม UN01–UN13) และความสัมพันธ์การเรียกใช้ระหว่างโมดูล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352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35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0" w:right="2610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3 Component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โมดูล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องระบบและ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วามสัมพันธ์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(Layer)</w:t>
            </w:r>
          </w:p>
        </w:tc>
        <w:tc>
          <w:tcPr>
            <w:tcW w:type="dxa" w:w="49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Presentation</w:t>
            </w:r>
          </w:p>
        </w:tc>
        <w:tc>
          <w:tcPr>
            <w:tcW w:type="dxa" w:w="49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), JavaScript และ CSS ที่รองรับ Responsive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SR02:002, SR06:002, SR06:003</w:t>
            </w:r>
          </w:p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Business Logic</w:t>
            </w:r>
          </w:p>
        </w:tc>
        <w:tc>
          <w:tcPr>
            <w:tcW w:type="dxa" w:w="49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เรียกใช้จาก Page Controller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SR02:003, SR03:001–SR03:011</w:t>
            </w:r>
          </w:p>
        </w:tc>
      </w:tr>
      <w:tr>
        <w:trPr>
          <w:trHeight w:hRule="exact" w:val="704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Access</w:t>
            </w:r>
          </w:p>
        </w:tc>
        <w:tc>
          <w:tcPr>
            <w:tcW w:type="dxa" w:w="49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SR02:004, 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SR08:005</w:t>
            </w:r>
          </w:p>
        </w:tc>
      </w:tr>
      <w:tr>
        <w:trPr>
          <w:trHeight w:hRule="exact" w:val="720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Real-time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Scheduler</w:t>
            </w:r>
          </w:p>
        </w:tc>
        <w:tc>
          <w:tcPr>
            <w:tcW w:type="dxa" w:w="49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ควบคุมด้วย pm2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SR03:011, SR06:004, SR06:005</w:t>
            </w:r>
          </w:p>
        </w:tc>
      </w:tr>
      <w:tr>
        <w:trPr>
          <w:trHeight w:hRule="exact" w:val="466"/>
        </w:trPr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External</w:t>
            </w:r>
          </w:p>
        </w:tc>
        <w:tc>
          <w:tcPr>
            <w:tcW w:type="dxa" w:w="49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246" w:lineRule="exact" w:before="174" w:after="34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การติดตั้งบนสภาพแวดล้อมใช้งานจริงด้วย Docker Compose และทางเลือกการติดตั้งแบบ Manual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49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162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162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2228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4 Deployment Diagram —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ารติดตั้งบนสภาพแวดล้อมใช้งานจริง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ชั้นการติดตั้ง (Tier)</w:t>
            </w:r>
          </w:p>
        </w:tc>
        <w:tc>
          <w:tcPr>
            <w:tcW w:type="dxa" w:w="5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Client</w:t>
            </w:r>
          </w:p>
        </w:tc>
        <w:tc>
          <w:tcPr>
            <w:tcW w:type="dxa" w:w="5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Tier</w:t>
            </w:r>
          </w:p>
        </w:tc>
        <w:tc>
          <w:tcPr>
            <w:tcW w:type="dxa" w:w="5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docker/php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Tier</w:t>
            </w:r>
          </w:p>
        </w:tc>
        <w:tc>
          <w:tcPr>
            <w:tcW w:type="dxa" w:w="5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(คลัง/บัญชี)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2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Service Tier</w:t>
            </w:r>
          </w:p>
        </w:tc>
        <w:tc>
          <w:tcPr>
            <w:tcW w:type="dxa" w:w="5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ควบคุมด้วย pm2</w:t>
            </w:r>
          </w:p>
        </w:tc>
        <w:tc>
          <w:tcPr>
            <w:tcW w:type="dxa" w:w="21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 ทุกหน้าจอใช้โครงร่างเดียวกัน ได้แก่ เมนูด้านซ้ายที่แสดงตามสิทธิ์ของผู้ใช้ แถบด้านบนสำหรับเลือกบริษัทและบัญชีผู้ใช้ และพื้นที่ทำงานด้านขวา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 &amp; Onboarding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Inventory Control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ืนและใบลดหนี้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Settings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Mockup Wireframe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Wireframe แสดงโครงร่างหน้าจอหลักที่ใช้เป็นแม่แบบในการพัฒนา หน้าจอเอกสารขาย จัดซื้อ และการเงินใช้รูปแบบหน้ารายการ (รูปที่ 7) และหน้าบันทึก (รูปที่ 8) 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2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2839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283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4334"/>
        <w:ind w:left="0" w:right="3656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5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้าสู่ระบบ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0" w:right="3654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6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หน้าจอแดชบอร์ด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158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7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ใช้รูปแบบเดียว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ันทุ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1364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8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ับเอ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จัดซื้อ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ารเงิน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0" w:right="35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9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หน้าจอรับสิน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0"/>
        <w:ind w:left="0" w:right="36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10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หน้าจอรายงาน</w:t>
      </w:r>
    </w:p>
    <w:p>
      <w:pPr>
        <w:autoSpaceDN w:val="0"/>
        <w:autoSpaceDE w:val="0"/>
        <w:widowControl/>
        <w:spacing w:line="230" w:lineRule="exact" w:before="4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หัวข้อนี้กำหนดสิ่งที่จะควบคุมเป็น Baseline ของซอฟต์แวร์ เวลาที่กำหนด Baseline และผู้อนุมัติ เพื่อให้ตรวจสอบเส้นทาง Baseline → Configuration → Change ได้ Commit ที่เป็น Baseline จริงจะบันทึกใน Software Configuration (WP 8) เมื่อกำหนด Baseline แต่ละครั้ง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06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ของแอปพลิเคชัน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ณ วันที่กำหนด Baseline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docker/mariadb/init-wms2.sql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่าและชุดติด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(ไม่รวมค่าความลับ)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Products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Repository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เวลาที่กำหนด Baseline</w:t>
            </w:r>
          </w:p>
        </w:tc>
        <w:tc>
          <w:tcPr>
            <w:tcW w:type="dxa" w:w="7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เมื่อพัฒนาครบทุกโมดูล (Baseline การพัฒนา ตามแผน 29 พฤษภาคม 2569) และเมื่อตรวจรับส่งมอบ (Baseline ของระบบที่ส่งมอบ ตามแผน 24 สิงหาคม 2569)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  <w:tr>
        <w:trPr>
          <w:trHeight w:hRule="exact" w:val="452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7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64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</w:t>
            </w:r>
          </w:p>
        </w:tc>
        <w:tc>
          <w:tcPr>
            <w:tcW w:type="dxa" w:w="7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 โดย Baseline ของระบบที่ส่งมอบอนุมัติพร้อมการตรวจรับ</w:t>
            </w:r>
          </w:p>
        </w:tc>
      </w:tr>
      <w:tr>
        <w:trPr>
          <w:trHeight w:hRule="exact" w:val="720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452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7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Traceability Record (WP 13)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ำหนดภายหลัง</w:t>
            </w:r>
          </w:p>
        </w:tc>
      </w:tr>
      <w:tr>
        <w:trPr>
          <w:trHeight w:hRule="exact" w:val="718"/>
        </w:trPr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 Baseline</w:t>
            </w:r>
          </w:p>
        </w:tc>
        <w:tc>
          <w:tcPr>
            <w:tcW w:type="dxa" w:w="7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Change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Onboarding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อีเมล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เชิญผู้ใช้และรับ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บริษัทที่ถู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SR08:001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</w:t>
            </w:r>
          </w:p>
        </w:tc>
      </w:tr>
      <w:tr>
        <w:trPr>
          <w:trHeight w:hRule="exact" w:val="124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Login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Role Guard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8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SR04:001, SR07:005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UserManager.php, app/assets/utils/</w:t>
            </w:r>
          </w:p>
        </w:tc>
      </w:tr>
      <w:tr>
        <w:trPr>
          <w:trHeight w:hRule="exact" w:val="123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Session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8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SR01:004, SR07:003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PasswordManager.php, PasswordResetManager.php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Administration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เพิ่ม/แก้ไข/ปิดใช้ผู้ใช้, กำหนดบทบาทและสิทธิ์การเข้าถึงแอปพลิเคชัน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SR08:001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app/setting/, UserManager.php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UN02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</w:tr>
      <w:tr>
        <w:trPr>
          <w:trHeight w:hRule="exact" w:val="124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Profile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System Settings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ระบบต่อบริษัท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CompanyProfileManager.php, CompanySettingManager.php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SMTP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Mail Dispatch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SR03:002, SR06:004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SmtpManager.php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/ Storage / Bin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SR08:002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app/inventory/, WarehouseManager.php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Product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Category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SR08:002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SR08:002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app/contact/, ContactManager.php</w:t>
            </w:r>
          </w:p>
        </w:tc>
      </w:tr>
      <w:tr>
        <w:trPr>
          <w:trHeight w:hRule="exact" w:val="122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Layer Configuration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หลายชั้นต่อบริษัท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CompanySettingManager.php, WarehouseManager.php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SR08:003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app/ics/, StockManager.php, StockTablesTrait.php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จ่ายสินค้าออกโดยตรวจสิทธิ์และยอดคงเหลือ ปฏิเสธจำนวนเกิน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SR09:003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 Transfer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Lot /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Expiry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วันหมดอายุ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SR08:002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StockSourceManager.php, md_lot</w:t>
            </w:r>
          </w:p>
        </w:tc>
      </w:tr>
      <w:tr>
        <w:trPr>
          <w:trHeight w:hRule="exact" w:val="123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Barcode Label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Scan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BarcodeManager.php, location_barcode_label.php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File Attachment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ดูไฟล์ที่อนุญาตใน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ารที่รองรับ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FileUploader.php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app/order/, QuotationManager.php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OrderManager.php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InvoiceManager.php</w:t>
            </w:r>
          </w:p>
        </w:tc>
      </w:tr>
      <w:tr>
        <w:trPr>
          <w:trHeight w:hRule="exact" w:val="70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Sales – Return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Credit Note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UN06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Request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app/po/, PurchaseRequestManager.php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Order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Invoice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บันทึกใบแจ้งหนี้ซื้อ รับสินค้าเข้า และบันทึก GL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PurchaseOrderManager.php, StockManager.php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Supplier Return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SupplierReturnManager.php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 —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</w:tr>
      <w:tr>
        <w:trPr>
          <w:trHeight w:hRule="exact" w:val="123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Receipt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Billing &amp; Receipt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ใบเสรจรับเงินผู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app/finance/, ReceiptBillingManager.php, ReceiptManager.php</w:t>
            </w:r>
          </w:p>
        </w:tc>
      </w:tr>
      <w:tr>
        <w:trPr>
          <w:trHeight w:hRule="exact" w:val="124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Payment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Billing &amp; Payment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ับใบแจ้งหนี้ซื้อ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SR04:002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PaymentBillingManager.php, PaymentManager.php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UN08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</w:tr>
      <w:tr>
        <w:trPr>
          <w:trHeight w:hRule="exact" w:val="123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Departments / Formulas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SR08:002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app/accounting/, PostingManager.php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Journal &amp; GL Posting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บันทึกสมุดรายวันและผ่านรายการ GL แบบสมดุลภายใน Transaction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SR09:003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app/journal/, PostingManager.php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UN09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Dashboard)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Dashboard &amp; Aggregates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้าและบัญชีจา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8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SR05:001, SR05:002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app/dashboard/, app/ac_dashboard/, EtlStockManager.php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ภาพรวมสต๊อก, ความเคลื่อนไหว, ความจุ, สินค้าใกล้หมด, หมดอายุ, Lot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app/reports/, ReportManager.php</w:t>
            </w:r>
          </w:p>
        </w:tc>
      </w:tr>
      <w:tr>
        <w:trPr>
          <w:trHeight w:hRule="exact" w:val="99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Financial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งบทดลอง, งบกำไรขาดทุน, งบดุล, VAT, สมุดรายวัน, ความเคลื่อนไหว GL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ReportManager.php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Filter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Print / Export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SR04:003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app/reports/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Numbering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8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SR04:005, SR08:004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DocumentNumberManager.php</w:t>
            </w:r>
          </w:p>
        </w:tc>
      </w:tr>
      <w:tr>
        <w:trPr>
          <w:trHeight w:hRule="exact" w:val="124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Lifecycle &amp; Status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8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SR09:001, SR09:002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BatchActionManager.php, Manager classes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Audit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Fields &amp; History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บันทึกผู้สร้าง ผู้แก้ไข วันที่ และประวัติรายการ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SR09:001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86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td_* tables, td_bin_log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(Notification &amp; Scheduler)</w:t>
            </w:r>
          </w:p>
        </w:tc>
      </w:tr>
      <w:tr>
        <w:trPr>
          <w:trHeight w:hRule="exact" w:val="124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Server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8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SR04:004, SR06:004, SR06:005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nodejs/server.js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(ETL &amp; Alerts)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8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SR05:002, SR01:006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nodejs/scheduler.js,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app/cron/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Tenant Scope)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Tenant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Scope Guard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Query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ลังที่ผู้ใช้ได้รับอนุญาต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20" w:right="8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SR04:003, SR07:002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StockTablesTrait.php,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Manager classes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side Validation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SR07:004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app/assets/utils/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Operation Lock &amp; Usage Guard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ล็อกช่วงเวลาผ่านรายการ และจำกัดโควตารายการต่อบริษัท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SR09:003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OperationLockManager.php, UsageGuard.php</w:t>
            </w:r>
          </w:p>
        </w:tc>
      </w:tr>
      <w:tr>
        <w:trPr>
          <w:trHeight w:hRule="exact" w:val="99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TLS &amp; Secret Configuration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SR07:001, SR01:005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docker/php/config.php.template, .env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UN13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Backup)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 Installer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wms/wms2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ตารางทั้งหมดใน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20" w:right="81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SR01:003, SR08:005, SR06:001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setup.php, docker/mariadb/init-wms2.sql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Stack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Container php-apache, mariadb, node/pm2 พร้อม Entrypoint สร้าง config.php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SR02:005, SR01:003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docker-compose.yml, docker/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docker/init-env.sh,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.env.example</w:t>
            </w:r>
          </w:p>
        </w:tc>
      </w:tr>
      <w:tr>
        <w:trPr>
          <w:trHeight w:hRule="exact" w:val="97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8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Backup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Restore</w:t>
            </w:r>
          </w:p>
        </w:tc>
        <w:tc>
          <w:tcPr>
            <w:tcW w:type="dxa" w:w="26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 Git 2 Remote, mysqldump รายวัน, ขั้นตอนกู้คืน</w:t>
            </w:r>
          </w:p>
        </w:tc>
        <w:tc>
          <w:tcPr>
            <w:tcW w:type="dxa" w:w="16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19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Guide, backup remote</w:t>
            </w:r>
          </w:p>
        </w:tc>
      </w:tr>
    </w:tbl>
    <w:p>
      <w:pPr>
        <w:autoSpaceDN w:val="0"/>
        <w:autoSpaceDE w:val="0"/>
        <w:widowControl/>
        <w:spacing w:line="256" w:lineRule="exact" w:before="31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