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Requirements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25690225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(Software Requirements Specification)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(Objectives)</w:t>
      </w:r>
    </w:p>
    <w:p>
      <w:pPr>
        <w:autoSpaceDN w:val="0"/>
        <w:autoSpaceDE w:val="0"/>
        <w:widowControl/>
        <w:spacing w:line="308" w:lineRule="exact" w:before="122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เพื่อแปลงความต้องการของลูกค้าที่ได้รับอนุมัติแล้วให้เป็นความต้องการเชิงเทคนิคของซอฟต์แวร์ ครอบคลุมมาตรฐาน โครงสร้าง ส่วนประกอบ ความสัมพันธ์ ประสิทธิภาพ ส่วนเชื่อมต่อ ความปลอดภัย ฐานข้อมูล และการจัดการข้อผิดพลาด เพื่อใช้เป็นเอกสารอ้างอิงหลักในการออกแบบระบบ พัฒนา และทดสอบ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(CEO)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ผู้ทดสอบระบบ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ความต้องการซอฟต์แวร์ (Software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 Standards of Software</w:t>
            </w:r>
          </w:p>
        </w:tc>
      </w:tr>
      <w:tr>
        <w:trPr>
          <w:trHeight w:hRule="exact" w:val="124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สารให้สอด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ISO/IEC 29110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Basic Profile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และแนวปฏิบัติ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Secure Coding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CR12:004, CR14:001–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CR14:003, CR09:003,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CR10:004, CR11:001–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</w:tr>
      <w:tr>
        <w:trPr>
          <w:trHeight w:hRule="exact" w:val="70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SR01:002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โนโลยี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(Socket.IO, pm2)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CR04:004, CR12:001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ระบบต้องติดตั้งบน Linux Server ได้ทั้งแบบ Manual (setup.php) และ Docker Compose (php-apache, mariadb, node/pm2)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08" w:right="2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CR07:001, CR10:001,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CR10:002, CR08:001,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CR08:002, CR13:003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SR01:004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(PASSWORD_BCRYPT)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(app/config.php, .env)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เว้นจา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Source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ึ้นตอนติดตั้ง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CR06:002, CR09:002,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</w:tr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 Software Structure Considerations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SR02:001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Application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แบบหลายหน้า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(Multi-page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PHP)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SR02:002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ส่วนติดต่อผู้ใช้ต้องเป็น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/ Tablet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Mobile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CR05:001, CR07:003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ะทางธุร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ิจต้องจัดเป็น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Manager/Service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Page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Controller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ส่วนแสดงผล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</w:tr>
      <w:tr>
        <w:trPr>
          <w:trHeight w:hRule="exact" w:val="46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SR02:004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ในหน้าเพจ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</w:tr>
      <w:tr>
        <w:trPr>
          <w:trHeight w:hRule="exact" w:val="70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SR02:005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ระบบต้องติดตั้งเป็น Container Stack ผ่าน Docker Compose ได้ นอกเหนือจากการติดตั้งแบบ Manual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 Software Elements</w:t>
            </w:r>
          </w:p>
        </w:tc>
      </w:tr>
      <w:tr>
        <w:trPr>
          <w:trHeight w:hRule="exact" w:val="97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SR03:001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โมดูลผู้ใช้งานและสิทธิ์: ลงทะเบียน, Onboarding, เข้าสู่ระบบ, บทบาท Owner/Admin/Staff/Viewer, สิทธิ์แอปพลิเคชัน (app/login/, UserManager, PasswordManager, PasswordResetManager)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CR01:001–CR01:004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โมดูลตั้งค่าบริษัท: ข้อมูลบริษัท, SMTP, การตั้งค่าระบบ (app/setting/, CompanyProfileManager, CompanySettingManager, SmtpManager)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CR01:004, CR03:005</w:t>
            </w:r>
          </w:p>
        </w:tc>
      </w:tr>
      <w:tr>
        <w:trPr>
          <w:trHeight w:hRule="exact" w:val="99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โมดูลข้อมูลหลัก: คลังสินค้า, พื้นที่/ช่องจัดเก็บ, หมวดสินค้า, สินค้า, ผู้ติดต่อ (app/inventory/, app/contact/, WarehouseManager, ProductManager, ContactManager)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CR01:005, CR01:006</w:t>
            </w:r>
          </w:p>
        </w:tc>
      </w:tr>
      <w:tr>
        <w:trPr>
          <w:trHeight w:hRule="exact" w:val="97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โมดูลควบคุมสินค้าคงคลัง: รับเข้า, จ่ายออก, โอนย้าย, Lot/Serial/Expiry, บาร์โค้ด, แนบไฟล์ (app/ics/, StockManager, StockSourceManager, BarcodeManager, FileUploader)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CR01:007–CR01:012,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CR01:019, CR05:005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SR03:005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โมดูลขาย: ใบเสนอราคา, ใบสั่งขาย, ใบแจ้งหนี้, ใบรับคืน/ใบลดหนี้ (app/order/, app/revenue/, QuotationManager, OrderManager, InvoiceManager, ReturnManager)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</w:tr>
      <w:tr>
        <w:trPr>
          <w:trHeight w:hRule="exact" w:val="99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โมดูลจัดซื้อ: ใบขอซื้อ, ใบสั่งซื้อ, ใบแจ้งหนี้ซื้อ, ใบคืนสินค้าผู้ขาย (app/po/, PurchaseRequestManager, PurchaseOrderManager, SupplierReturnManager)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SR03:007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โมดูลการเงิน: ใบวางบิลรับ, ใบเสร็จ, ใบวางบิลจ่าย, ใบสำคัญจ่าย (app/finance/, ReceiptBillingManager, ReceiptManager, PaymentBillingManager, PaymentManager)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SR03:008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โมดูลบัญชี: ผังบัญชี, แผนก, สูตรบัญชี, สมุดรายวัน, บัญชีแยกประเภท (app/accounting/, app/journal/, PostingManager)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97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โมดูลรายงานและแดชบอร์ด: รายงานสต๊อก, รายงานการเงิน, แดชบอร์ด (app/reports/, app/dashboard/, app/ac_dashboard/, ReportManager, EtlStockManager)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CR01:011, CR01:017,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</w:tr>
      <w:tr>
        <w:trPr>
          <w:trHeight w:hRule="exact" w:val="72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SR03:010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โมดูลควบคุมเอกสาร: ออกเลขที่เอกสาร, วงจรชีวิต/สถานะ, ประวัติรายการ (DocumentNumberManager, BatchActionManager)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CR01:018, CR01:023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(nodejs/server.js, nodejs/scheduler.js, app/cron/)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CR01:021, CR01:022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 Software Elements Relationship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SR04:001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ารยืนยันตัวตนและ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ผู้ใช้งานเท่านั้น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CR01:002, CR01:024,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CR04:003, CR05:002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โมดูลขาย จัดซื้อ และการเงิน ต้องบันทึกผลกระทบต่อสต๊อกและ GL ผ่านโมดูลคลังสินค้าและบัญชี ไม่ทำซ้ำตรรกะ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CR01:013–CR01:016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โมดูลรายงานต้องอ่าน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ับใช้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CR01:024, CR08:004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SR04:004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Node.js ต้องรับเหตุการณ์จากแอปพลิเคชัน PHP ผ่าน Endpoint ภายในที่ป้องกันด้วย Secret เท่านั้น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CR01:021, CR03:003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SR04:005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โมดูลที่สร้างเอ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ิจต้องเรีย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สารเพื่อออ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 Performance Characteristics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SR05:001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ต้องเสร็จภายในเวลาที่ใช้งานได้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ยอดสรุปสต๊อก/GL/แดชบอร์ดต้องคำนวณล่วงหน้าตามกำหนดเวลา (etl_stock_summary, etl_gl_summary)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CR02:002, CR01:022,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SR05:003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ันตามที่ต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แวดล้อมใช้งานจริง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</w:tr>
      <w:tr>
        <w:trPr>
          <w:trHeight w:hRule="exact" w:val="70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SR05:004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 Health Check ทุก 5 นาที และแจ้งเตือนผู้ดูแลเมื่อล้มเหลวติดต่อกัน 2 ครั้ง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 Software Interfaces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MariaDB 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: wms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wms2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SR06:002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Chrome, Edge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Firefox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รุ่นปัจจุบัน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46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Mobile/Tablet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UI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 PHP ต้องส่งเหตุการณ์ไป Node.js ผ่าน HTTP Endpoint ภายใน (NODE_EMIT_URL + NODE_EMIT_SECRET) และส่งอีเมลผ่าน SMTP ต่อบริษัท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CR03:003, CR03:005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Endpoint (NODE_PUBLIC_URL)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 Security Characteristics</w:t>
            </w:r>
          </w:p>
        </w:tc>
      </w:tr>
      <w:tr>
        <w:trPr>
          <w:trHeight w:hRule="exact" w:val="45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SR07:001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CR06:003, CR14:004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ที่ใช้งานอยู่เพียงหนึ่งต่อบัญชี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Concurrent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Scripting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ทั้งด้านรับ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และแสดงผล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RBAC (Owner/Admin/Staff/Viewer) ต้องบังคับใช้ที่ฝั่งเซิร์ฟเวอร์ ไม่ใช่เพียงการซ่อนเมนู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 Database Design Requirements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wms: user, company_list, company_map_user,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company_setting, company_smtp, company_usage, whitelist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CR01:001–CR01:004,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</w:tr>
      <w:tr>
        <w:trPr>
          <w:trHeight w:hRule="exact" w:val="150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ตารางข้อมูลหลัก (wms2): md_warehouse, md_storage, md_bin, md_product, md_product_category, md_contact, md_contact_type, md_account, md_account_formula, md_account_formula_item, md_department, md_barcode, md_sku_barcode_label, md_lot, md_lock_operation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CR01:005, CR01:010,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175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ตารางรายการ (td_*): td_stock, td_order/_item, td_quotation/_item, td_invoice/_item, td_return/_item, td_purchase_request/_item, td_purchase_order/_item, td_supplier_return/_item, td_receipt/_item, td_receipt_billing/_item, td_payment/_item, td_payment_billing/_item, td_gl/td_gl_item, td_batch_action, td_bin_log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CR01:007–CR01:018</w:t>
            </w:r>
          </w:p>
        </w:tc>
      </w:tr>
      <w:tr>
        <w:trPr>
          <w:trHeight w:hRule="exact" w:val="99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ตารางสรุปยอดและควบคุมเอกสาร: etl_stock_summary, etl_gl_summary, document_number_sequences, document_types, schema_migrations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CR01:018, CR01:022,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SR08:005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ตารางทั้งหมดต้องสร้างซ้ำได้ในสภาพแวดล้อมใหม่ผ่าน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Schema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ด้วยมือ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CR10:001, CR09:004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 Error Handling and Recovery Attributes</w:t>
            </w:r>
          </w:p>
        </w:tc>
      </w:tr>
      <w:tr>
        <w:trPr>
          <w:trHeight w:hRule="exact" w:val="46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การลบ ยกเลิก หรือ Void เอกสารควบคุมต้องมี Confirm Dialog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CR05:004, CR01:023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46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้อผิดพลาดต้องแสดง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CR05:003, CR13:004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5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การเปลี่ยนแปลงที่เกี่ยวข้องกัน (เอกสาร + สต๊อก + GL) ต้องเป็น Transaction และป้องกันยอดติดลบ/ซ้ำ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CR13:001, CR13:002,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86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ช่อง Remark แสดงรหัสความต้องการของลูกค้า (Customer Requirements) ที่เป็นที่มาของความต้องการซอฟต์แวร์แต่ละรายการ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ความต้องการซอฟต์แวร์ที่ไม่มีที่มาจากความต้องการของลูกค้าต้องผ่าน Change Report ก่อนถือเป็นข้อผูกพัน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