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4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Change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6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ApS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(Change Control Register)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364" w:lineRule="exact" w:before="320" w:after="0"/>
        <w:ind w:left="6" w:right="14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64" w:lineRule="exact" w:before="320" w:after="0"/>
        <w:ind w:left="6" w:right="14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เอกสารนี้บันทึกการควบคุมการเปลี่ยนแปลงของโครงการ ตั้งแต่ตั้ง Baseline ความต้องการเมื่อ 18 กุมภาพันธ์ 2569 จนถึงการตรวจรับส่งมอบ โดยพิจารณาทุกรายการปรับปรุงที่มีการเสนอตามเกณฑ์ในส่วนที่ 1 รายการที่เข้าเกณฑ์ต้องจัดทำคำขอเปลี่ยนแปลง ประเมินผลกระทบ และขออนุมัติก่อนดำเนินการ ส่วนรายการที่ไม่เข้าเกณฑ์ดำเนินการเป็นมติที่ประชุมหรืองานในแผน</w:t>
      </w:r>
    </w:p>
    <w:p>
      <w:pPr>
        <w:autoSpaceDN w:val="0"/>
        <w:autoSpaceDE w:val="0"/>
        <w:widowControl/>
        <w:spacing w:line="432" w:lineRule="exact" w:before="232" w:after="204"/>
        <w:ind w:left="6" w:right="40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1 : เกณฑ์การพิจารณาคำขอเปลี่ยนแปลง (Change Criteria)</w:t>
      </w:r>
    </w:p>
    <w:p>
      <w:pPr>
        <w:autoSpaceDN w:val="0"/>
        <w:autoSpaceDE w:val="0"/>
        <w:widowControl/>
        <w:spacing w:line="432" w:lineRule="exact" w:before="232" w:after="204"/>
        <w:ind w:left="6" w:right="40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รายการใดจะถือเป็นคำขอเปลี่ยนแปลงเมื่อเข้าเกณฑ์ทั้ง 3 ข้อ หากตัดรายการนั้นออกแล้วยังส่งมอบงานได้ตามที่ตกลงไว้ จะไม่ถือเป็นคำขอเปลี่ยนแปลง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7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</w:p>
        </w:tc>
        <w:tc>
          <w:tcPr>
            <w:tcW w:type="dxa" w:w="10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ำอธิบาย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7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เป็นสิ่งจำเป็นต่อ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  <w:tc>
          <w:tcPr>
            <w:tcW w:type="dxa" w:w="10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หากไม่ดำเนินการ จะส่งมอบสิ่งส่งมอบ (Work Product) หรือความต้องการที่ตกลงไว้ไม่ได้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7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ตหรือสิ่งส่งมอบ</w:t>
            </w:r>
          </w:p>
        </w:tc>
        <w:tc>
          <w:tcPr>
            <w:tcW w:type="dxa" w:w="10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เพิ่ม ลด หรือแก้ไขความต้องการ (CR) หรือสิ่งส่งมอบที่ตั้ง Baseline แล้ว เช่น เพิ่มโมดูล หรือรองรับ 2 ภาษา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7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ระทบทรัพยา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0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 Man-day กำหนดส่งมอบ หรือค่าใช้จ่าย จึงต้องประเมินผลกระทบและขออนุมัติก่อนดำเนินการ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2 : ทะเบียนคำขอเปลี่ยนแปลง (Change Request Log)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056"/>
        <w:gridCol w:w="3056"/>
        <w:gridCol w:w="3056"/>
        <w:gridCol w:w="3056"/>
        <w:gridCol w:w="3056"/>
      </w:tblGrid>
      <w:tr>
        <w:trPr>
          <w:trHeight w:hRule="exact" w:val="452"/>
        </w:trPr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ID</w:t>
            </w:r>
          </w:p>
        </w:tc>
        <w:tc>
          <w:tcPr>
            <w:tcW w:type="dxa" w:w="11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</w:tr>
      <w:tr>
        <w:trPr>
          <w:trHeight w:hRule="exact" w:val="464"/>
        </w:trPr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</w:p>
        </w:tc>
        <w:tc>
          <w:tcPr>
            <w:tcW w:type="dxa" w:w="117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7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</w:p>
        </w:tc>
        <w:tc>
          <w:tcPr>
            <w:tcW w:type="dxa" w:w="8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3 : รายการปรับปรุงที่พิจารณาแล้วไม่เข้าเกณฑ์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วันที่พิจารณา</w:t>
            </w:r>
          </w:p>
        </w:tc>
        <w:tc>
          <w:tcPr>
            <w:tcW w:type="dxa" w:w="2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ผู้เสนอ</w:t>
            </w:r>
          </w:p>
        </w:tc>
        <w:tc>
          <w:tcPr>
            <w:tcW w:type="dxa" w:w="5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</w:t>
            </w:r>
          </w:p>
        </w:tc>
        <w:tc>
          <w:tcPr>
            <w:tcW w:type="dxa" w:w="16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</w:p>
        </w:tc>
      </w:tr>
      <w:tr>
        <w:trPr>
          <w:trHeight w:hRule="exact" w:val="718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.ค. 69</w:t>
            </w:r>
          </w:p>
        </w:tc>
        <w:tc>
          <w:tcPr>
            <w:tcW w:type="dxa" w:w="2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ปรับคำเรียกตำแหน่งจัดเก็บจาก Rack เป็น Bin ทั้งระบบ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5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ไม่เข้าเกณฑ์ — เป็นการปรับคำเรียกบนหน้าจอให้ตรงกับการปฏิบัติงานจริง ไม่เพิ่มหรือลดฟังก์ชัน ไม่กระทบ Man-day และส่งมอบได้แม้ไม่ปรับ</w:t>
            </w:r>
          </w:p>
        </w:tc>
        <w:tc>
          <w:tcPr>
            <w:tcW w:type="dxa" w:w="16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มติที่ประชุม ดำเนินการภายใน Task 3.9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432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18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.ค. 69,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Correction Register ISS-023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.ค. 69</w:t>
            </w:r>
          </w:p>
        </w:tc>
        <w:tc>
          <w:tcPr>
            <w:tcW w:type="dxa" w:w="2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้อมูลสาธิตสำหรับ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ตรวจรับและ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ารสาธิตระบบ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5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ไม่เข้าเกณฑ์ — เป็นข้อมูลตั้งต้นสำหรับตรวจรับ ไม่ใช่สิ่งส่งมอบ และต้องแยกจากข้อมูลใช้งานจริงตาม CR07:004</w:t>
            </w:r>
          </w:p>
        </w:tc>
        <w:tc>
          <w:tcPr>
            <w:tcW w:type="dxa" w:w="16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Task 4.7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.ค. 69,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.ค. 69</w:t>
            </w:r>
          </w:p>
        </w:tc>
      </w:tr>
      <w:tr>
        <w:trPr>
          <w:trHeight w:hRule="exact" w:val="72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0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.ค. 69</w:t>
            </w:r>
          </w:p>
        </w:tc>
        <w:tc>
          <w:tcPr>
            <w:tcW w:type="dxa" w:w="23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ปรับอัตลั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ษณ์อง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รและจัดทำ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  <w:tc>
          <w:tcPr>
            <w:tcW w:type="dxa" w:w="59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ไม่เข้าเกณฑ์ — ชุดติดตั้ง Docker Compose อยู่ในความต้องการ CR10:002 ตั้งแต่ Baseline และการปรับอัตลักษณ์องค์กรไม่เปลี่ยนแปลงฟังก์ชันหรือสิ่งส่งมอบ</w:t>
            </w:r>
          </w:p>
        </w:tc>
        <w:tc>
          <w:tcPr>
            <w:tcW w:type="dxa" w:w="16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Task 4.7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.ค. 69,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.ค. 69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4 : สรุปผลการควบคุมการเปลี่ยนแปลง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ารปรับปรุงที่เสนอและพิจารณา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อเปลี่ยนแปลงที่อนุมัติ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ผลกระทบต่อ Man-day กำหนดส่งมอบ และค่าใช้จ่าย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44" w:lineRule="exact" w:before="43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ขอบเขตงาน สิ่งส่งมอบ และ Customer Requirements ที่ตั้ง Baseline ไม่มีการเปลี่ยนแปลงตลอดโครงการ รายการปรับปรุงที่พิจารณาทั้งหมดดำเนินการภายในแผนงานเดิมโดยไม่กระทบ Man-day และกำหนดส่งมอบ</w:t>
      </w:r>
    </w:p>
    <w:p>
      <w:pPr>
        <w:autoSpaceDN w:val="0"/>
        <w:autoSpaceDE w:val="0"/>
        <w:widowControl/>
        <w:spacing w:line="266" w:lineRule="exact" w:before="39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ภาคผนวก A : เกณฑ์การประเมินระดับความรุนแรงของการเปลี่ยนแปลง</w:t>
      </w:r>
    </w:p>
    <w:p>
      <w:pPr>
        <w:autoSpaceDN w:val="0"/>
        <w:autoSpaceDE w:val="0"/>
        <w:widowControl/>
        <w:spacing w:line="246" w:lineRule="exact" w:before="186" w:after="20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ใช้ประเมินระดับความรุนแรง (Priority Level) เมื่อมีคำขอเปลี่ยนแปลงที่เข้าเกณฑ์ในส่วนที่ 1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52"/>
        </w:trPr>
        <w:tc>
          <w:tcPr>
            <w:tcW w:type="dxa" w:w="18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(Level)</w:t>
            </w:r>
          </w:p>
        </w:tc>
        <w:tc>
          <w:tcPr>
            <w:tcW w:type="dxa" w:w="8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(Definition)</w:t>
            </w:r>
          </w:p>
        </w:tc>
        <w:tc>
          <w:tcPr>
            <w:tcW w:type="dxa" w:w="51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ตัวอย่างสถาน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(Examples)</w:t>
            </w:r>
          </w:p>
        </w:tc>
      </w:tr>
      <w:tr>
        <w:trPr>
          <w:trHeight w:hRule="exact" w:val="464"/>
        </w:trPr>
        <w:tc>
          <w:tcPr>
            <w:tcW w:type="dxa" w:w="18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High</w:t>
            </w:r>
          </w:p>
        </w:tc>
        <w:tc>
          <w:tcPr>
            <w:tcW w:type="dxa" w:w="8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กระทบระบบหลัก งบประมาณ หรือแผนงานอย่างมีนัยสำคัญ</w:t>
            </w:r>
          </w:p>
        </w:tc>
        <w:tc>
          <w:tcPr>
            <w:tcW w:type="dxa" w:w="51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เพิ่มโมดูลใหม่ เปลี่ยนโครงสร้างฐานข้อมูลหลัก</w:t>
            </w:r>
          </w:p>
        </w:tc>
      </w:tr>
      <w:tr>
        <w:trPr>
          <w:trHeight w:hRule="exact" w:val="452"/>
        </w:trPr>
        <w:tc>
          <w:tcPr>
            <w:tcW w:type="dxa" w:w="18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Medium</w:t>
            </w:r>
          </w:p>
        </w:tc>
        <w:tc>
          <w:tcPr>
            <w:tcW w:type="dxa" w:w="8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กระทบฟังก์ชันย่อยหรือส่วนติดต่อผู้ใช้งานบางส่วน และกระทบ Man-day</w:t>
            </w:r>
          </w:p>
        </w:tc>
        <w:tc>
          <w:tcPr>
            <w:tcW w:type="dxa" w:w="51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รองรับ 2 ภาษา เพิ่มรายงานใหม่</w:t>
            </w:r>
          </w:p>
        </w:tc>
      </w:tr>
      <w:tr>
        <w:trPr>
          <w:trHeight w:hRule="exact" w:val="464"/>
        </w:trPr>
        <w:tc>
          <w:tcPr>
            <w:tcW w:type="dxa" w:w="18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Low</w:t>
            </w:r>
          </w:p>
        </w:tc>
        <w:tc>
          <w:tcPr>
            <w:tcW w:type="dxa" w:w="8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น้อยต่อ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Man-day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ไม่เปลี่ยน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51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เพิ่มฟิลด์ในเอ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</w:tr>
    </w:tbl>
    <w:p>
      <w:pPr>
        <w:autoSpaceDN w:val="0"/>
        <w:autoSpaceDE w:val="0"/>
        <w:widowControl/>
        <w:spacing w:line="256" w:lineRule="exact" w:before="292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hang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