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9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Repository (Backup)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25690824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พื้นที่สำรองสำหรับใช้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Project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รณีที่เ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ิด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ารสูญหาย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การสำรอง Source Code และเอกสาร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21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6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21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</w:t>
            </w:r>
          </w:p>
        </w:tc>
        <w:tc>
          <w:tcPr>
            <w:tcW w:type="dxa" w:w="6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Git Remote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(Secondary Remote)</w:t>
            </w:r>
          </w:p>
        </w:tc>
      </w:tr>
      <w:tr>
        <w:trPr>
          <w:trHeight w:hRule="exact" w:val="464"/>
        </w:trPr>
        <w:tc>
          <w:tcPr>
            <w:tcW w:type="dxa" w:w="21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Remote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สำรอง</w:t>
            </w:r>
          </w:p>
        </w:tc>
        <w:tc>
          <w:tcPr>
            <w:tcW w:type="dxa" w:w="6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20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backup</w:t>
            </w:r>
          </w:p>
        </w:tc>
      </w:tr>
      <w:tr>
        <w:trPr>
          <w:trHeight w:hRule="exact" w:val="450"/>
        </w:trPr>
        <w:tc>
          <w:tcPr>
            <w:tcW w:type="dxa" w:w="21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ที่อยู่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Remote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สำรอง</w:t>
            </w:r>
          </w:p>
        </w:tc>
        <w:tc>
          <w:tcPr>
            <w:tcW w:type="dxa" w:w="6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20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git@github.com:thanakorninbox-dev/wms-app.git</w:t>
            </w:r>
          </w:p>
        </w:tc>
      </w:tr>
      <w:tr>
        <w:trPr>
          <w:trHeight w:hRule="exact" w:val="466"/>
        </w:trPr>
        <w:tc>
          <w:tcPr>
            <w:tcW w:type="dxa" w:w="21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</w:t>
            </w:r>
          </w:p>
        </w:tc>
        <w:tc>
          <w:tcPr>
            <w:tcW w:type="dxa" w:w="6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Branch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main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 และเอกสารส่งมอบใน Git Repository</w:t>
            </w:r>
          </w:p>
        </w:tc>
      </w:tr>
      <w:tr>
        <w:trPr>
          <w:trHeight w:hRule="exact" w:val="450"/>
        </w:trPr>
        <w:tc>
          <w:tcPr>
            <w:tcW w:type="dxa" w:w="21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</w:t>
            </w:r>
          </w:p>
        </w:tc>
        <w:tc>
          <w:tcPr>
            <w:tcW w:type="dxa" w:w="6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ซิง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์ทุ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รั้งที่มี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ารส่งมอบหรือปรับปรุง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Baseline</w:t>
            </w:r>
          </w:p>
        </w:tc>
      </w:tr>
      <w:tr>
        <w:trPr>
          <w:trHeight w:hRule="exact" w:val="464"/>
        </w:trPr>
        <w:tc>
          <w:tcPr>
            <w:tcW w:type="dxa" w:w="21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ผู้รับผิดชอบ</w:t>
            </w:r>
          </w:p>
        </w:tc>
        <w:tc>
          <w:tcPr>
            <w:tcW w:type="dxa" w:w="6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 (Developer)</w:t>
            </w:r>
          </w:p>
        </w:tc>
      </w:tr>
    </w:tbl>
    <w:p>
      <w:pPr>
        <w:autoSpaceDN w:val="0"/>
        <w:autoSpaceDE w:val="0"/>
        <w:widowControl/>
        <w:spacing w:line="268" w:lineRule="exact" w:before="358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การสำรองฐานข้อมูล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4"/>
        </w:trPr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Export ฐานข้อมูล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wms2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อัตโนมัติ</w:t>
            </w:r>
          </w:p>
        </w:tc>
      </w:tr>
      <w:tr>
        <w:trPr>
          <w:trHeight w:hRule="exact" w:val="466"/>
        </w:trPr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ทุกวัน เวลา 02:00 น. (Asia/Bangkok)</w:t>
            </w:r>
          </w:p>
        </w:tc>
      </w:tr>
      <w:tr>
        <w:trPr>
          <w:trHeight w:hRule="exact" w:val="450"/>
        </w:trPr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พื้นที่จัดเ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ลาวด์ที่บริษัท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</w:p>
        </w:tc>
      </w:tr>
      <w:tr>
        <w:trPr>
          <w:trHeight w:hRule="exact" w:val="464"/>
        </w:trPr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ระยะเวลาเ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ษา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ชุดสำรองรายวันเก็บ 30 วัน และชุดสิ้นเดือนเก็บ 12 เดือน</w:t>
            </w:r>
          </w:p>
        </w:tc>
      </w:tr>
      <w:tr>
        <w:trPr>
          <w:trHeight w:hRule="exact" w:val="450"/>
        </w:trPr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ัดเฉพาะผู้ดูแลระบบและผู้บริหารที่ได้รับมอบหมาย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2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รายการตรวจสอบการสำรองข้อมูล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52"/>
        </w:trPr>
        <w:tc>
          <w:tcPr>
            <w:tcW w:type="dxa" w:w="7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44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ผู้รับผิดชอบ</w:t>
            </w:r>
          </w:p>
        </w:tc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วันที่ดำเนิน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</w:t>
            </w:r>
          </w:p>
        </w:tc>
      </w:tr>
      <w:tr>
        <w:trPr>
          <w:trHeight w:hRule="exact" w:val="720"/>
        </w:trPr>
        <w:tc>
          <w:tcPr>
            <w:tcW w:type="dxa" w:w="7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BK-001</w:t>
            </w:r>
          </w:p>
        </w:tc>
        <w:tc>
          <w:tcPr>
            <w:tcW w:type="dxa" w:w="44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ตรวจสอบว่า Remote สำรองเข้าถึงได้และมี 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ตรงกับ Repository หลัก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7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BK-002</w:t>
            </w:r>
          </w:p>
        </w:tc>
        <w:tc>
          <w:tcPr>
            <w:tcW w:type="dxa" w:w="44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Clone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Remote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สำรองและตรวจสอบ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448"/>
        </w:trPr>
        <w:tc>
          <w:tcPr>
            <w:tcW w:type="dxa" w:w="7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BK-003</w:t>
            </w:r>
          </w:p>
        </w:tc>
        <w:tc>
          <w:tcPr>
            <w:tcW w:type="dxa" w:w="44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ชุดสำรองสู่สภาพแวดล้อมทดสอบ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7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BK-004</w:t>
            </w:r>
          </w:p>
        </w:tc>
        <w:tc>
          <w:tcPr>
            <w:tcW w:type="dxa" w:w="44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ซิง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์เอ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สารส่งมอบใน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Git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ไปยัง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Remote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ารเรีย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ขั้นตอนการกู้คืน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</w:t>
            </w:r>
          </w:p>
        </w:tc>
        <w:tc>
          <w:tcPr>
            <w:tcW w:type="dxa" w:w="6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ยืนยัน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วามเสียหาย</w:t>
            </w:r>
          </w:p>
        </w:tc>
        <w:tc>
          <w:tcPr>
            <w:tcW w:type="dxa" w:w="6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ตรวจสอบว่าข้อมูลที่สูญหายเป็น Source Code เอกสาร หรือฐานข้อมูล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เลือ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ชุดสำรองที่จะใช้</w:t>
            </w:r>
          </w:p>
        </w:tc>
        <w:tc>
          <w:tcPr>
            <w:tcW w:type="dxa" w:w="6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เลือ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ชุดสำรองล่าสุดที่ผ่าน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ารตรวจสอบและยืนยันวันที่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ืนสู่สภาพแวดล้อมทดสอบ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่อน</w:t>
            </w:r>
          </w:p>
        </w:tc>
        <w:tc>
          <w:tcPr>
            <w:tcW w:type="dxa" w:w="6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Clone จาก Remote สำรอง หรือ Restore ฐานข้อมูลสู่เครื่องทดสอบ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6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Baseline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้อมูลตัวอย่างว่า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ืนสู่สภาพแวดล้อมใช้งานจริง</w:t>
            </w:r>
          </w:p>
        </w:tc>
        <w:tc>
          <w:tcPr>
            <w:tcW w:type="dxa" w:w="6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บันทึกจุดกู้คืน หยุดบริการที่เกี่ยวข้อง กู้คืน แล้วตรวจสอบสถานะระบบตามคู่มือผู้ดูแลระบบ</w:t>
            </w:r>
          </w:p>
        </w:tc>
      </w:tr>
    </w:tbl>
    <w:p>
      <w:pPr>
        <w:autoSpaceDN w:val="0"/>
        <w:autoSpaceDE w:val="0"/>
        <w:widowControl/>
        <w:spacing w:line="256" w:lineRule="exact" w:before="308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2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PjB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roject-repository-backu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