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ารอบรมผู้ใช้งานระบบ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์เพื่อให้ผู้ใช้งาน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สามารถใช้งานระบบได้อย่างถู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่อนเปิดใช้งานจริง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ารใช้งานที่จัดทำไว้ในเอ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สถานที่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ห้องประชุม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รผู้สอน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อบด้วยผู้ใช้งานฝ่าย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วามช่วยเหลือจา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วันและระยะเวลาที่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อบรมจริง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นทดลองใช้งานตาม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ารทำงานจริงได้สำเร็จ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้อเสนอแนะที่ต้องแ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ระบบหรือเอ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งานที่ต้องติดตาม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ตรวจนับสต๊อ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หลังเปิดใช้งานจริง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องยอดย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ารเปิดใช้งานจริงและอยู่ภายในระยะเวลาโ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ารที่สิ้นสุดวัน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้าอบรมทั้ง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6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ารทดลองใช้งาน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้อเสนอแนะที่ต้องปรับปรุงระบบ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วรให้เปิดใช้งานระบบจริงตามแผน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โดยติดตามผล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ารตรวจนับสต๊อ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สิ้นเดือนแร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ารตามป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