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ตารางสรุป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ารถึงผล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</w:p>
    <w:p>
      <w:pPr>
        <w:autoSpaceDN w:val="0"/>
        <w:autoSpaceDE w:val="0"/>
        <w:widowControl/>
        <w:spacing w:line="244" w:lineRule="exact" w:before="186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ตารางนี้สรุปเส้นทาง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้าจนถึงผล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ารทดสอบและผล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เพื่อใช้ตรวจสอบ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รบถ้วนได้ในหน้าเดียว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โดยราย</w:t>
      </w:r>
    </w:p>
    <w:p>
      <w:pPr>
        <w:autoSpaceDN w:val="0"/>
        <w:autoSpaceDE w:val="0"/>
        <w:widowControl/>
        <w:spacing w:line="244" w:lineRule="exact" w:before="56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ละเอียดหัว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องแต่ละรหัสอยู่ในเอ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(Onboarding)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SR08:001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Admin, 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SR07:003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SR03:002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UN01.004, UN02.001, UN02.002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SR03:003, SR08:002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UN03.001, UN03.002, UN03.003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SR08:003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CR01:010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SR08:002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และใบลดหนี้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SR03:005, SR04:002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UN05.001, UN05.002, UN05.003,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SR03:006, SR04:002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UN06.001, UN06.002, UN06.003,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SR03:007, SR04:002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UN07.001, UN07.002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SR03:008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UN08.001, UN08.002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CR01:017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SR04:005,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UN10.001, 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CR01:019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TC-UN04.006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ารและรายงานผู้บริหาร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SR04:004,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SR05:002,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SR03:010, SR09:001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SR04:003,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ภายในเวลาที่ใช้งานได้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UN09.001, 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ลงสำหรับสภาพแวดล้อมใช้งาน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SR04:004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time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SR03:002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TC-UN02.002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Referential Integrity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SR08:001, SR08:002,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ำหนดบทบาทผู้ใช้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(Tablet/Mobile)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้อผิดพลาดอย่างชัดเจน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UN13.003, UN12.004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ฝั่งเซิร์ฟเวอร์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องบัญชีเดียว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UN13.001, UN13.002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SR06:003, SR02:002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ินสิทธิ์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SR02:003, SR02:004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29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SR08:005, SR08:004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SR01:003, SR08:005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up -d --build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(docker/init-env.sh)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Document)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Guide)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่อนเปิดใช้งานจริง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รอนุมัติ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 Profile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้าบนสภาพแวดล้อมใช้งานจริง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