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Document No</w:t>
            </w:r>
          </w:p>
        </w:tc>
        <w:tc>
          <w:tcPr>
            <w:tcW w:type="dxa" w:w="23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Software Design</w:t>
            </w:r>
          </w:p>
        </w:tc>
        <w:tc>
          <w:tcPr>
            <w:tcW w:type="dxa" w:w="22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Release, Version, By:</w:t>
            </w:r>
          </w:p>
        </w:tc>
        <w:tc>
          <w:tcPr>
            <w:tcW w:type="dxa" w:w="28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7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25690306 V1.0 NoC</w:t>
            </w:r>
          </w:p>
        </w:tc>
      </w:tr>
      <w:tr>
        <w:trPr>
          <w:trHeight w:hRule="exact" w:val="852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Name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ารพัฒนาระบบบริหารจัด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ลังสิน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(BRN WMS)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บริษัท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.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อาร์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.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เอ็น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เอ็นเตอร์ไพรส์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จำ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ัด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Code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Title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ารออ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แบบระบบ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(System Design Document)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Period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5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2569 – 24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2569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Organizer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ุณอภิรัชช์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สุภัทรประทีป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(Project Manager) ,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ุณนพพงษ์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เจริญสุ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ข (System Analyst)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Recorder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ุณเยาวลั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ษณ์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บางชมภู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(Document Control)</w:t>
            </w:r>
          </w:p>
        </w:tc>
      </w:tr>
    </w:tbl>
    <w:p>
      <w:pPr>
        <w:autoSpaceDN w:val="0"/>
        <w:autoSpaceDE w:val="0"/>
        <w:widowControl/>
        <w:spacing w:line="230" w:lineRule="exact" w:before="456" w:after="0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>HIGH LEVEL DESIGN</w:t>
      </w:r>
    </w:p>
    <w:p>
      <w:pPr>
        <w:autoSpaceDN w:val="0"/>
        <w:autoSpaceDE w:val="0"/>
        <w:widowControl/>
        <w:spacing w:line="210" w:lineRule="exact" w:before="340" w:after="0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1"/>
        </w:rPr>
        <w:t>Use Case Diagram</w:t>
      </w:r>
    </w:p>
    <w:p>
      <w:pPr>
        <w:autoSpaceDN w:val="0"/>
        <w:autoSpaceDE w:val="0"/>
        <w:widowControl/>
        <w:spacing w:line="244" w:lineRule="exact" w:before="176" w:after="190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1"/>
        </w:rPr>
        <w:t>ผู้ใช้งาน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องระบบและ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ลุ่ม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ารใช้งานหลั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3252"/>
        <w:gridCol w:w="3252"/>
        <w:gridCol w:w="3252"/>
      </w:tblGrid>
      <w:tr>
        <w:trPr>
          <w:trHeight w:hRule="exact" w:val="464"/>
        </w:trPr>
        <w:tc>
          <w:tcPr>
            <w:tcW w:type="dxa" w:w="17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Actor</w:t>
            </w:r>
          </w:p>
        </w:tc>
        <w:tc>
          <w:tcPr>
            <w:tcW w:type="dxa" w:w="28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ำอธิบาย</w:t>
            </w:r>
          </w:p>
        </w:tc>
        <w:tc>
          <w:tcPr>
            <w:tcW w:type="dxa" w:w="43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ารใช้งานหลั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</w:p>
        </w:tc>
      </w:tr>
      <w:tr>
        <w:trPr>
          <w:trHeight w:hRule="exact" w:val="450"/>
        </w:trPr>
        <w:tc>
          <w:tcPr>
            <w:tcW w:type="dxa" w:w="17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Owner</w:t>
            </w:r>
          </w:p>
        </w:tc>
        <w:tc>
          <w:tcPr>
            <w:tcW w:type="dxa" w:w="28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เจ้า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องบริษัท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สิทธิ์สูงสุดภายในบริษัท</w:t>
            </w:r>
          </w:p>
        </w:tc>
        <w:tc>
          <w:tcPr>
            <w:tcW w:type="dxa" w:w="43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่าบริษัท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ารผู้ใช้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และใช้งานทุ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โมดูล</w:t>
            </w:r>
          </w:p>
        </w:tc>
      </w:tr>
      <w:tr>
        <w:trPr>
          <w:trHeight w:hRule="exact" w:val="466"/>
        </w:trPr>
        <w:tc>
          <w:tcPr>
            <w:tcW w:type="dxa" w:w="17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Admin</w:t>
            </w:r>
          </w:p>
        </w:tc>
        <w:tc>
          <w:tcPr>
            <w:tcW w:type="dxa" w:w="28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ผู้ดูแลระบบภายในบริษัท</w:t>
            </w:r>
          </w:p>
        </w:tc>
        <w:tc>
          <w:tcPr>
            <w:tcW w:type="dxa" w:w="43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้อมูลหลั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ก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ผู้ใช้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สิทธิ์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และใช้งานทุ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โมดูลปฏิบัติ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</w:tr>
      <w:tr>
        <w:trPr>
          <w:trHeight w:hRule="exact" w:val="450"/>
        </w:trPr>
        <w:tc>
          <w:tcPr>
            <w:tcW w:type="dxa" w:w="17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Staff</w:t>
            </w:r>
          </w:p>
        </w:tc>
        <w:tc>
          <w:tcPr>
            <w:tcW w:type="dxa" w:w="28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ผู้ปฏิบัติงาน</w:t>
            </w:r>
          </w:p>
        </w:tc>
        <w:tc>
          <w:tcPr>
            <w:tcW w:type="dxa" w:w="43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บันทึ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าย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จัดซื้อ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ารเงินตามสิทธิ์</w:t>
            </w:r>
          </w:p>
        </w:tc>
      </w:tr>
      <w:tr>
        <w:trPr>
          <w:trHeight w:hRule="exact" w:val="464"/>
        </w:trPr>
        <w:tc>
          <w:tcPr>
            <w:tcW w:type="dxa" w:w="17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Viewer</w:t>
            </w:r>
          </w:p>
        </w:tc>
        <w:tc>
          <w:tcPr>
            <w:tcW w:type="dxa" w:w="28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ผู้ใช้แบบอ่านอย่างเดียว</w:t>
            </w:r>
          </w:p>
        </w:tc>
        <w:tc>
          <w:tcPr>
            <w:tcW w:type="dxa" w:w="43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ดูหน้าจอและรายงานที่ได้รับสิทธิ์</w:t>
            </w:r>
          </w:p>
        </w:tc>
      </w:tr>
      <w:tr>
        <w:trPr>
          <w:trHeight w:hRule="exact" w:val="450"/>
        </w:trPr>
        <w:tc>
          <w:tcPr>
            <w:tcW w:type="dxa" w:w="17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System Scheduler</w:t>
            </w:r>
          </w:p>
        </w:tc>
        <w:tc>
          <w:tcPr>
            <w:tcW w:type="dxa" w:w="28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ระทำอัตโนมัติ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(Node.js)</w:t>
            </w:r>
          </w:p>
        </w:tc>
        <w:tc>
          <w:tcPr>
            <w:tcW w:type="dxa" w:w="43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สรุปยอดสต๊อ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ก/GL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และแจ้งเตือนตาม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ำหนดเวลา</w:t>
            </w:r>
          </w:p>
        </w:tc>
      </w:tr>
      <w:tr>
        <w:trPr>
          <w:trHeight w:hRule="exact" w:val="466"/>
        </w:trPr>
        <w:tc>
          <w:tcPr>
            <w:tcW w:type="dxa" w:w="17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SMTP Service</w:t>
            </w:r>
          </w:p>
        </w:tc>
        <w:tc>
          <w:tcPr>
            <w:tcW w:type="dxa" w:w="28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ระทำภายนอ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</w:p>
        </w:tc>
        <w:tc>
          <w:tcPr>
            <w:tcW w:type="dxa" w:w="43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ส่งอีเมล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Onboarding 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ู้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ืนรหัสผ่าน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และแจ้งเตือน</w:t>
            </w:r>
          </w:p>
        </w:tc>
      </w:tr>
    </w:tbl>
    <w:p>
      <w:pPr>
        <w:autoSpaceDN w:val="0"/>
        <w:autoSpaceDE w:val="0"/>
        <w:widowControl/>
        <w:spacing w:line="210" w:lineRule="exact" w:before="350" w:after="0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1"/>
        </w:rPr>
        <w:t>Component Diagram</w:t>
      </w:r>
    </w:p>
    <w:p>
      <w:pPr>
        <w:autoSpaceDN w:val="0"/>
        <w:autoSpaceDE w:val="0"/>
        <w:widowControl/>
        <w:spacing w:line="244" w:lineRule="exact" w:before="160" w:after="204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1"/>
        </w:rPr>
        <w:t>โ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รงสร้างส่วนประ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องระบบแบ่งตามชั้น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ารทำงาน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3252"/>
        <w:gridCol w:w="3252"/>
        <w:gridCol w:w="3252"/>
      </w:tblGrid>
      <w:tr>
        <w:trPr>
          <w:trHeight w:hRule="exact" w:val="466"/>
        </w:trPr>
        <w:tc>
          <w:tcPr>
            <w:tcW w:type="dxa" w:w="15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ชั้น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(Layer)</w:t>
            </w:r>
          </w:p>
        </w:tc>
        <w:tc>
          <w:tcPr>
            <w:tcW w:type="dxa" w:w="509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2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ส่วนประ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อบ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อ้างอิง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SR</w:t>
            </w:r>
          </w:p>
        </w:tc>
      </w:tr>
      <w:tr>
        <w:trPr>
          <w:trHeight w:hRule="exact" w:val="704"/>
        </w:trPr>
        <w:tc>
          <w:tcPr>
            <w:tcW w:type="dxa" w:w="15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Presentation</w:t>
            </w:r>
          </w:p>
        </w:tc>
        <w:tc>
          <w:tcPr>
            <w:tcW w:type="dxa" w:w="509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20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หน้าจอ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PHP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ในแต่ละโมดูล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</w:t>
            </w:r>
            <w:r>
              <w:rPr>
                <w:w w:val="101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app/&lt;module&gt;/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), JavaScript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CSS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ที่รองรับ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Responsive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6" w:right="72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SR02:002, SR06:002,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SR06:003</w:t>
            </w:r>
          </w:p>
        </w:tc>
      </w:tr>
      <w:tr>
        <w:trPr>
          <w:trHeight w:hRule="exact" w:val="720"/>
        </w:trPr>
        <w:tc>
          <w:tcPr>
            <w:tcW w:type="dxa" w:w="15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Business Logic</w:t>
            </w:r>
          </w:p>
        </w:tc>
        <w:tc>
          <w:tcPr>
            <w:tcW w:type="dxa" w:w="509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20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Manager/Service Classes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ใน</w:t>
            </w:r>
            <w:r>
              <w:rPr>
                <w:w w:val="101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app/assets/utils/classes/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เรีย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ใช้จา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 Page Controller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72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SR02:003, SR03:001–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SR03:011</w:t>
            </w:r>
          </w:p>
        </w:tc>
      </w:tr>
      <w:tr>
        <w:trPr>
          <w:trHeight w:hRule="exact" w:val="720"/>
        </w:trPr>
        <w:tc>
          <w:tcPr>
            <w:tcW w:type="dxa" w:w="15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Data Access</w:t>
            </w:r>
          </w:p>
        </w:tc>
        <w:tc>
          <w:tcPr>
            <w:tcW w:type="dxa" w:w="509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20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Manager Classes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้าถึงฐาน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MariaDB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โดยตรง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พร้อม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Trait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รวม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ะที่ใช้ร่วม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ัน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72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SR02:004, SR06:001,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SR08:001–SR08:005</w:t>
            </w:r>
          </w:p>
        </w:tc>
      </w:tr>
    </w:tbl>
    <w:p>
      <w:pPr>
        <w:sectPr>
          <w:headerReference w:type="default" r:id="rId10"/>
          <w:footerReference w:type="default" r:id="rId11"/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3252"/>
        <w:gridCol w:w="3252"/>
        <w:gridCol w:w="3252"/>
      </w:tblGrid>
      <w:tr>
        <w:trPr>
          <w:trHeight w:hRule="exact" w:val="448"/>
        </w:trPr>
        <w:tc>
          <w:tcPr>
            <w:tcW w:type="dxa" w:w="15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ชั้น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(Layer)</w:t>
            </w:r>
          </w:p>
        </w:tc>
        <w:tc>
          <w:tcPr>
            <w:tcW w:type="dxa" w:w="509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2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ส่วนประ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อบ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อ้างอิง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SR</w:t>
            </w:r>
          </w:p>
        </w:tc>
      </w:tr>
      <w:tr>
        <w:trPr>
          <w:trHeight w:hRule="exact" w:val="720"/>
        </w:trPr>
        <w:tc>
          <w:tcPr>
            <w:tcW w:type="dxa" w:w="15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2" w:right="432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Real-time /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Scheduler</w:t>
            </w:r>
          </w:p>
        </w:tc>
        <w:tc>
          <w:tcPr>
            <w:tcW w:type="dxa" w:w="509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2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บริ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Node.js (</w:t>
            </w:r>
            <w:r>
              <w:rPr>
                <w:w w:val="101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server.js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w w:val="101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scheduler.js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)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ุมด้วย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pm2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6" w:right="72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SR03:011, SR06:004,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SR06:005</w:t>
            </w:r>
          </w:p>
        </w:tc>
      </w:tr>
      <w:tr>
        <w:trPr>
          <w:trHeight w:hRule="exact" w:val="464"/>
        </w:trPr>
        <w:tc>
          <w:tcPr>
            <w:tcW w:type="dxa" w:w="15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External</w:t>
            </w:r>
          </w:p>
        </w:tc>
        <w:tc>
          <w:tcPr>
            <w:tcW w:type="dxa" w:w="509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2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บริ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SMTP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สำหรับส่งอีเมล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Socket.IO Client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Browser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SR06:004, SR06:005</w:t>
            </w:r>
          </w:p>
        </w:tc>
      </w:tr>
    </w:tbl>
    <w:p>
      <w:pPr>
        <w:autoSpaceDN w:val="0"/>
        <w:autoSpaceDE w:val="0"/>
        <w:widowControl/>
        <w:spacing w:line="420" w:lineRule="exact" w:before="144" w:after="190"/>
        <w:ind w:left="256" w:right="6768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1"/>
        </w:rPr>
        <w:t>Deployment Diagram</w:t>
      </w:r>
      <w:r>
        <w:br/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ารติดตั้งระบบแบ่งเป็น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4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ชั้นบริ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3252"/>
        <w:gridCol w:w="3252"/>
        <w:gridCol w:w="3252"/>
      </w:tblGrid>
      <w:tr>
        <w:trPr>
          <w:trHeight w:hRule="exact" w:val="718"/>
        </w:trPr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ชั้น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ารติดตั้ง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(Tier)</w:t>
            </w:r>
          </w:p>
        </w:tc>
        <w:tc>
          <w:tcPr>
            <w:tcW w:type="dxa" w:w="5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ส่วนประ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อบ</w:t>
            </w:r>
          </w:p>
        </w:tc>
        <w:tc>
          <w:tcPr>
            <w:tcW w:type="dxa" w:w="20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อ้างอิง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SR</w:t>
            </w:r>
          </w:p>
        </w:tc>
      </w:tr>
      <w:tr>
        <w:trPr>
          <w:trHeight w:hRule="exact" w:val="720"/>
        </w:trPr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Client</w:t>
            </w:r>
          </w:p>
        </w:tc>
        <w:tc>
          <w:tcPr>
            <w:tcW w:type="dxa" w:w="5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06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Web Browser (Chrome/Edge/Firefox)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Desktop, Tablet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Mobile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พร้อม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Socket.IO Client</w:t>
            </w:r>
          </w:p>
        </w:tc>
        <w:tc>
          <w:tcPr>
            <w:tcW w:type="dxa" w:w="20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SR06:002, SR06:003,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SR06:005</w:t>
            </w:r>
          </w:p>
        </w:tc>
      </w:tr>
      <w:tr>
        <w:trPr>
          <w:trHeight w:hRule="exact" w:val="450"/>
        </w:trPr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Web Tier</w:t>
            </w:r>
          </w:p>
        </w:tc>
        <w:tc>
          <w:tcPr>
            <w:tcW w:type="dxa" w:w="5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PHP 8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Apache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ติดตั้งแบบ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Manual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หรือ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Container </w:t>
            </w:r>
            <w:r>
              <w:rPr>
                <w:w w:val="101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docker/php</w:t>
            </w:r>
          </w:p>
        </w:tc>
        <w:tc>
          <w:tcPr>
            <w:tcW w:type="dxa" w:w="20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SR01:003, SR02:005</w:t>
            </w:r>
          </w:p>
        </w:tc>
      </w:tr>
      <w:tr>
        <w:trPr>
          <w:trHeight w:hRule="exact" w:val="720"/>
        </w:trPr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Data Tier</w:t>
            </w:r>
          </w:p>
        </w:tc>
        <w:tc>
          <w:tcPr>
            <w:tcW w:type="dxa" w:w="5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MariaDB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ฐาน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  <w:r>
              <w:rPr>
                <w:w w:val="101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wms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ผู้ใช้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/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บริษัท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w w:val="101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wms2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/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บัญชี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)</w:t>
            </w:r>
          </w:p>
        </w:tc>
        <w:tc>
          <w:tcPr>
            <w:tcW w:type="dxa" w:w="20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SR06:001, SR08:001–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SR08:004</w:t>
            </w:r>
          </w:p>
        </w:tc>
      </w:tr>
      <w:tr>
        <w:trPr>
          <w:trHeight w:hRule="exact" w:val="466"/>
        </w:trPr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Service Tier</w:t>
            </w:r>
          </w:p>
        </w:tc>
        <w:tc>
          <w:tcPr>
            <w:tcW w:type="dxa" w:w="5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Node.js </w:t>
            </w:r>
            <w:r>
              <w:rPr>
                <w:w w:val="101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server.js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w w:val="101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scheduler.js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ุมด้วย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pm2</w:t>
            </w:r>
          </w:p>
        </w:tc>
        <w:tc>
          <w:tcPr>
            <w:tcW w:type="dxa" w:w="20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SR03:011, SR06:004</w:t>
            </w:r>
          </w:p>
        </w:tc>
      </w:tr>
    </w:tbl>
    <w:p>
      <w:pPr>
        <w:autoSpaceDN w:val="0"/>
        <w:autoSpaceDE w:val="0"/>
        <w:widowControl/>
        <w:spacing w:line="420" w:lineRule="exact" w:before="142" w:after="188"/>
        <w:ind w:left="256" w:right="576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1"/>
        </w:rPr>
        <w:t>User Interface Design</w:t>
      </w:r>
      <w:r>
        <w:br/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ผังหน้าจอหลั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องระบบแบ่งตามโมดูล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ารใช้งาน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4877"/>
        <w:gridCol w:w="4877"/>
      </w:tblGrid>
      <w:tr>
        <w:trPr>
          <w:trHeight w:hRule="exact" w:val="466"/>
        </w:trPr>
        <w:tc>
          <w:tcPr>
            <w:tcW w:type="dxa" w:w="20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ลุ่มหน้าจอ</w:t>
            </w:r>
          </w:p>
        </w:tc>
        <w:tc>
          <w:tcPr>
            <w:tcW w:type="dxa" w:w="70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หน้าจอ</w:t>
            </w:r>
          </w:p>
        </w:tc>
      </w:tr>
      <w:tr>
        <w:trPr>
          <w:trHeight w:hRule="exact" w:val="450"/>
        </w:trPr>
        <w:tc>
          <w:tcPr>
            <w:tcW w:type="dxa" w:w="20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Login &amp; Onboarding</w:t>
            </w:r>
          </w:p>
        </w:tc>
        <w:tc>
          <w:tcPr>
            <w:tcW w:type="dxa" w:w="70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้าสู่ระบบ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ลงทะเบียนบริษัท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ำเชิญเ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้าร่วมบริษัท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ลืมรหัสผ่าน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ยืนยัน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OTP</w:t>
            </w:r>
          </w:p>
        </w:tc>
      </w:tr>
      <w:tr>
        <w:trPr>
          <w:trHeight w:hRule="exact" w:val="464"/>
        </w:trPr>
        <w:tc>
          <w:tcPr>
            <w:tcW w:type="dxa" w:w="20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Dashboard</w:t>
            </w:r>
          </w:p>
        </w:tc>
        <w:tc>
          <w:tcPr>
            <w:tcW w:type="dxa" w:w="70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แดชบอร์ด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แดชบอร์ดบัญชีและ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ารเงิน</w:t>
            </w:r>
          </w:p>
        </w:tc>
      </w:tr>
      <w:tr>
        <w:trPr>
          <w:trHeight w:hRule="exact" w:val="450"/>
        </w:trPr>
        <w:tc>
          <w:tcPr>
            <w:tcW w:type="dxa" w:w="20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Master Data</w:t>
            </w:r>
          </w:p>
        </w:tc>
        <w:tc>
          <w:tcPr>
            <w:tcW w:type="dxa" w:w="70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พื้นที่จัดเ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ช่องจัดเ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หมวดสิน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ประเภทผู้ติดต่อ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ผู้ติดต่อ</w:t>
            </w:r>
          </w:p>
        </w:tc>
      </w:tr>
      <w:tr>
        <w:trPr>
          <w:trHeight w:hRule="exact" w:val="466"/>
        </w:trPr>
        <w:tc>
          <w:tcPr>
            <w:tcW w:type="dxa" w:w="20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Inventory Control</w:t>
            </w:r>
          </w:p>
        </w:tc>
        <w:tc>
          <w:tcPr>
            <w:tcW w:type="dxa" w:w="70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รับสิน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จ่ายสิน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้าออ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ก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โอนย้ายสิน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ยอด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งเหลือ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Lot &amp; Serial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พิมพ์บาร์โ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้ด</w:t>
            </w:r>
          </w:p>
        </w:tc>
      </w:tr>
      <w:tr>
        <w:trPr>
          <w:trHeight w:hRule="exact" w:val="450"/>
        </w:trPr>
        <w:tc>
          <w:tcPr>
            <w:tcW w:type="dxa" w:w="20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Sales</w:t>
            </w:r>
          </w:p>
        </w:tc>
        <w:tc>
          <w:tcPr>
            <w:tcW w:type="dxa" w:w="70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ใบเสนอรา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ใบสั่ง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ใบแจ้งหนี้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ืนและใบลดหนี้</w:t>
            </w:r>
          </w:p>
        </w:tc>
      </w:tr>
      <w:tr>
        <w:trPr>
          <w:trHeight w:hRule="exact" w:val="464"/>
        </w:trPr>
        <w:tc>
          <w:tcPr>
            <w:tcW w:type="dxa" w:w="20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Purchasing</w:t>
            </w:r>
          </w:p>
        </w:tc>
        <w:tc>
          <w:tcPr>
            <w:tcW w:type="dxa" w:w="70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อซื้อ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ใบสั่งซื้อ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ใบแจ้งหนี้ซื้อ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ืนสิน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้าผู้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าย</w:t>
            </w:r>
          </w:p>
        </w:tc>
      </w:tr>
      <w:tr>
        <w:trPr>
          <w:trHeight w:hRule="exact" w:val="450"/>
        </w:trPr>
        <w:tc>
          <w:tcPr>
            <w:tcW w:type="dxa" w:w="20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Finance</w:t>
            </w:r>
          </w:p>
        </w:tc>
        <w:tc>
          <w:tcPr>
            <w:tcW w:type="dxa" w:w="70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ใบวางบิลรับ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ใบเสร็จรับเงิน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ใบวางบิลจ่าย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ใบสำ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ัญจ่าย</w:t>
            </w:r>
          </w:p>
        </w:tc>
      </w:tr>
      <w:tr>
        <w:trPr>
          <w:trHeight w:hRule="exact" w:val="466"/>
        </w:trPr>
        <w:tc>
          <w:tcPr>
            <w:tcW w:type="dxa" w:w="20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Accounting</w:t>
            </w:r>
          </w:p>
        </w:tc>
        <w:tc>
          <w:tcPr>
            <w:tcW w:type="dxa" w:w="70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ผังบัญชี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แผน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ก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สูตรบัญชี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สมุดรายวัน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บัญชีแย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ประเภท</w:t>
            </w:r>
          </w:p>
        </w:tc>
      </w:tr>
      <w:tr>
        <w:trPr>
          <w:trHeight w:hRule="exact" w:val="450"/>
        </w:trPr>
        <w:tc>
          <w:tcPr>
            <w:tcW w:type="dxa" w:w="20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Reports</w:t>
            </w:r>
          </w:p>
        </w:tc>
        <w:tc>
          <w:tcPr>
            <w:tcW w:type="dxa" w:w="70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รายงานสต๊อ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 /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ลื่อนไหว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วามจุ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้าใ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ล้หมด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้าหมดอายุ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รายงาน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ารเงิน</w:t>
            </w:r>
          </w:p>
        </w:tc>
      </w:tr>
      <w:tr>
        <w:trPr>
          <w:trHeight w:hRule="exact" w:val="450"/>
        </w:trPr>
        <w:tc>
          <w:tcPr>
            <w:tcW w:type="dxa" w:w="20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Settings</w:t>
            </w:r>
          </w:p>
        </w:tc>
        <w:tc>
          <w:tcPr>
            <w:tcW w:type="dxa" w:w="70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้อมูลบริษัท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SMTP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ผู้ใช้งานและสิทธิ์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ารตั้ง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่าระบบ</w:t>
            </w:r>
          </w:p>
        </w:tc>
      </w:tr>
    </w:tbl>
    <w:p>
      <w:pPr>
        <w:autoSpaceDN w:val="0"/>
        <w:autoSpaceDE w:val="0"/>
        <w:widowControl/>
        <w:spacing w:line="366" w:lineRule="exact" w:before="274" w:after="1238"/>
        <w:ind w:left="256" w:right="576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>Software Baseline</w:t>
      </w:r>
      <w:r>
        <w:br/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หัว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้อนี้ระบุสิ่งที่ถู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ำหนดเป็น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Baseline 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องซอฟต์แวร์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วันที่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ำหนด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และผู้อนุมัติ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เพื่อให้ตรวจสอบเส้นทาง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Baseline</w:t>
      </w:r>
      <w:r>
        <w:rPr>
          <w:rFonts w:ascii="Liberation Sans" w:hAnsi="Liberation Sans" w:eastAsia="Liberation Sans"/>
          <w:b w:val="0"/>
          <w:i w:val="0"/>
          <w:color w:val="111111"/>
          <w:sz w:val="21"/>
        </w:rPr>
        <w:t>→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Configuration </w:t>
      </w:r>
      <w:r>
        <w:rPr>
          <w:rFonts w:ascii="Liberation Sans" w:hAnsi="Liberation Sans" w:eastAsia="Liberation Sans"/>
          <w:b w:val="0"/>
          <w:i w:val="0"/>
          <w:color w:val="111111"/>
          <w:sz w:val="21"/>
        </w:rPr>
        <w:t>→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Change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ได้ในเอ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สารชุดเดียว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ัน</w:t>
      </w:r>
    </w:p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3252"/>
        <w:gridCol w:w="3252"/>
        <w:gridCol w:w="3252"/>
      </w:tblGrid>
      <w:tr>
        <w:trPr>
          <w:trHeight w:hRule="exact" w:val="720"/>
        </w:trPr>
        <w:tc>
          <w:tcPr>
            <w:tcW w:type="dxa" w:w="15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12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ารที่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ำหนด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เป็น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Baseline</w:t>
            </w:r>
          </w:p>
        </w:tc>
        <w:tc>
          <w:tcPr>
            <w:tcW w:type="dxa" w:w="33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2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่าที่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</w:t>
            </w:r>
          </w:p>
        </w:tc>
        <w:tc>
          <w:tcPr>
            <w:tcW w:type="dxa" w:w="42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ที่จัดเ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</w:t>
            </w:r>
          </w:p>
        </w:tc>
      </w:tr>
      <w:tr>
        <w:trPr>
          <w:trHeight w:hRule="exact" w:val="720"/>
        </w:trPr>
        <w:tc>
          <w:tcPr>
            <w:tcW w:type="dxa" w:w="15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Source Code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องแอปพลิเ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ชัน</w:t>
            </w:r>
          </w:p>
        </w:tc>
        <w:tc>
          <w:tcPr>
            <w:tcW w:type="dxa" w:w="33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2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Git commit </w:t>
            </w:r>
            <w:r>
              <w:rPr>
                <w:w w:val="101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6c39700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branch </w:t>
            </w:r>
            <w:r>
              <w:rPr>
                <w:w w:val="101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main</w:t>
            </w:r>
          </w:p>
        </w:tc>
        <w:tc>
          <w:tcPr>
            <w:tcW w:type="dxa" w:w="42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58" w:after="0"/>
              <w:ind w:left="114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Repository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ก </w:t>
            </w:r>
            <w:r>
              <w:rPr>
                <w:w w:val="101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git@188.166.228.62:nok/wms-</w:t>
            </w:r>
            <w:r>
              <w:rPr>
                <w:w w:val="101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app.git</w:t>
            </w:r>
          </w:p>
        </w:tc>
      </w:tr>
      <w:tr>
        <w:trPr>
          <w:trHeight w:hRule="exact" w:val="720"/>
        </w:trPr>
        <w:tc>
          <w:tcPr>
            <w:tcW w:type="dxa" w:w="15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รงสร้างฐาน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</w:p>
        </w:tc>
        <w:tc>
          <w:tcPr>
            <w:tcW w:type="dxa" w:w="33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60" w:after="0"/>
              <w:ind w:left="120" w:right="432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Schema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ที่สร้างโดย</w:t>
            </w:r>
            <w:r>
              <w:rPr>
                <w:w w:val="101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setup.php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w w:val="101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docker/mariadb/init-wms2.sql</w:t>
            </w:r>
          </w:p>
        </w:tc>
        <w:tc>
          <w:tcPr>
            <w:tcW w:type="dxa" w:w="42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ุมใน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Repository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เดียว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ัน</w:t>
            </w:r>
          </w:p>
        </w:tc>
      </w:tr>
      <w:tr>
        <w:trPr>
          <w:trHeight w:hRule="exact" w:val="720"/>
        </w:trPr>
        <w:tc>
          <w:tcPr>
            <w:tcW w:type="dxa" w:w="15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่าตั้ง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่าและชุดติด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ตั้ง</w:t>
            </w:r>
          </w:p>
        </w:tc>
        <w:tc>
          <w:tcPr>
            <w:tcW w:type="dxa" w:w="33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576" w:firstLine="0"/>
              <w:jc w:val="center"/>
            </w:pPr>
            <w:r>
              <w:rPr>
                <w:w w:val="101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docker-compose.yml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w w:val="101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docker/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w w:val="101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.env.example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ไม่รวม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วามลับ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)</w:t>
            </w:r>
          </w:p>
        </w:tc>
        <w:tc>
          <w:tcPr>
            <w:tcW w:type="dxa" w:w="42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ุมใน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Repository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เดียว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ัน</w:t>
            </w:r>
          </w:p>
        </w:tc>
      </w:tr>
      <w:tr>
        <w:trPr>
          <w:trHeight w:hRule="exact" w:val="974"/>
        </w:trPr>
        <w:tc>
          <w:tcPr>
            <w:tcW w:type="dxa" w:w="15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Work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Products</w:t>
            </w:r>
          </w:p>
        </w:tc>
        <w:tc>
          <w:tcPr>
            <w:tcW w:type="dxa" w:w="33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60" w:after="0"/>
              <w:ind w:left="120" w:right="432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Branch </w:t>
            </w:r>
            <w:r>
              <w:rPr>
                <w:w w:val="101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sdlc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Tag </w:t>
            </w:r>
            <w:r>
              <w:rPr>
                <w:w w:val="101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sdlc-v1.0-</w:t>
            </w:r>
            <w:r>
              <w:rPr>
                <w:w w:val="101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final</w:t>
            </w:r>
          </w:p>
        </w:tc>
        <w:tc>
          <w:tcPr>
            <w:tcW w:type="dxa" w:w="42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60" w:after="0"/>
              <w:ind w:left="114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Repository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Remote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สำรอง</w:t>
            </w:r>
            <w:r>
              <w:br/>
            </w:r>
            <w:r>
              <w:rPr>
                <w:w w:val="101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git@github.com:thanakorninbox-dev/wms-</w:t>
            </w:r>
            <w:r>
              <w:rPr>
                <w:w w:val="101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app.git</w:t>
            </w:r>
          </w:p>
        </w:tc>
      </w:tr>
    </w:tbl>
    <w:p>
      <w:pPr>
        <w:autoSpaceDN w:val="0"/>
        <w:autoSpaceDE w:val="0"/>
        <w:widowControl/>
        <w:spacing w:line="284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4877"/>
        <w:gridCol w:w="4877"/>
      </w:tblGrid>
      <w:tr>
        <w:trPr>
          <w:trHeight w:hRule="exact" w:val="450"/>
        </w:trPr>
        <w:tc>
          <w:tcPr>
            <w:tcW w:type="dxa" w:w="18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หัว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</w:t>
            </w:r>
          </w:p>
        </w:tc>
        <w:tc>
          <w:tcPr>
            <w:tcW w:type="dxa" w:w="72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รายละเอียด</w:t>
            </w:r>
          </w:p>
        </w:tc>
      </w:tr>
      <w:tr>
        <w:trPr>
          <w:trHeight w:hRule="exact" w:val="464"/>
        </w:trPr>
        <w:tc>
          <w:tcPr>
            <w:tcW w:type="dxa" w:w="18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ำหนด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Baseline</w:t>
            </w:r>
          </w:p>
        </w:tc>
        <w:tc>
          <w:tcPr>
            <w:tcW w:type="dxa" w:w="72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17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2569 (Baseline 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องระบบที่ส่งมอบ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)</w:t>
            </w:r>
          </w:p>
        </w:tc>
      </w:tr>
      <w:tr>
        <w:trPr>
          <w:trHeight w:hRule="exact" w:val="450"/>
        </w:trPr>
        <w:tc>
          <w:tcPr>
            <w:tcW w:type="dxa" w:w="18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ผู้จัดทำ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Baseline</w:t>
            </w:r>
          </w:p>
        </w:tc>
        <w:tc>
          <w:tcPr>
            <w:tcW w:type="dxa" w:w="72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ุณธน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สถิตวิทยา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(Developer)</w:t>
            </w:r>
          </w:p>
        </w:tc>
      </w:tr>
      <w:tr>
        <w:trPr>
          <w:trHeight w:hRule="exact" w:val="466"/>
        </w:trPr>
        <w:tc>
          <w:tcPr>
            <w:tcW w:type="dxa" w:w="18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ผู้ตรวจสอบ</w:t>
            </w:r>
          </w:p>
        </w:tc>
        <w:tc>
          <w:tcPr>
            <w:tcW w:type="dxa" w:w="72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ุณนพพงษ์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เจริญสุ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ข (System Analyst)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ุณปริญ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(QA/Tester)</w:t>
            </w:r>
          </w:p>
        </w:tc>
      </w:tr>
      <w:tr>
        <w:trPr>
          <w:trHeight w:hRule="exact" w:val="450"/>
        </w:trPr>
        <w:tc>
          <w:tcPr>
            <w:tcW w:type="dxa" w:w="18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ผู้อนุมัติ</w:t>
            </w:r>
          </w:p>
        </w:tc>
        <w:tc>
          <w:tcPr>
            <w:tcW w:type="dxa" w:w="72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ุณเสรี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วิริยะส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ุลธรณ์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(Project Sponsor)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พร้อม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ารตรวจรับเมื่อ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17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2569</w:t>
            </w:r>
          </w:p>
        </w:tc>
      </w:tr>
      <w:tr>
        <w:trPr>
          <w:trHeight w:hRule="exact" w:val="720"/>
        </w:trPr>
        <w:tc>
          <w:tcPr>
            <w:tcW w:type="dxa" w:w="18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2" w:right="576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ุมที่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ี่ยว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้อง</w:t>
            </w:r>
          </w:p>
        </w:tc>
        <w:tc>
          <w:tcPr>
            <w:tcW w:type="dxa" w:w="72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Software Configuration (WP 8)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ระบุราย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Configuration Item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ุมเวอร์ชัน</w:t>
            </w:r>
          </w:p>
        </w:tc>
      </w:tr>
      <w:tr>
        <w:trPr>
          <w:trHeight w:hRule="exact" w:val="720"/>
        </w:trPr>
        <w:tc>
          <w:tcPr>
            <w:tcW w:type="dxa" w:w="18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ลับ</w:t>
            </w:r>
          </w:p>
        </w:tc>
        <w:tc>
          <w:tcPr>
            <w:tcW w:type="dxa" w:w="72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Traceability Record (WP 13)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เชื่อมโยง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Software Unit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Test Case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Baseline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นี้</w:t>
            </w:r>
          </w:p>
        </w:tc>
      </w:tr>
      <w:tr>
        <w:trPr>
          <w:trHeight w:hRule="exact" w:val="720"/>
        </w:trPr>
        <w:tc>
          <w:tcPr>
            <w:tcW w:type="dxa" w:w="18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2" w:right="576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ารเปลี่ยนแปลง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Baseline</w:t>
            </w:r>
          </w:p>
        </w:tc>
        <w:tc>
          <w:tcPr>
            <w:tcW w:type="dxa" w:w="72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Change Report (CH-001–CH-003)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และบันทึ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ผลใน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Correction Register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เมื่อเป็น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ารแ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้ไ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พร่อง</w:t>
            </w:r>
          </w:p>
        </w:tc>
      </w:tr>
    </w:tbl>
    <w:p>
      <w:pPr>
        <w:autoSpaceDN w:val="0"/>
        <w:autoSpaceDE w:val="0"/>
        <w:widowControl/>
        <w:spacing w:line="230" w:lineRule="exact" w:before="396" w:after="154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>Software Unit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951"/>
        <w:gridCol w:w="1951"/>
        <w:gridCol w:w="1951"/>
        <w:gridCol w:w="1951"/>
        <w:gridCol w:w="1951"/>
      </w:tblGrid>
      <w:tr>
        <w:trPr>
          <w:trHeight w:hRule="exact" w:val="466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ID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Description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Functional Interfaces Detail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References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Files</w:t>
            </w:r>
          </w:p>
        </w:tc>
      </w:tr>
      <w:tr>
        <w:trPr>
          <w:trHeight w:hRule="exact" w:val="974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UN01 —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ผู้ใช้งานและ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สิทธิ์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(Identity &amp;</w:t>
            </w:r>
          </w:p>
          <w:p>
            <w:pPr>
              <w:autoSpaceDN w:val="0"/>
              <w:autoSpaceDE w:val="0"/>
              <w:widowControl/>
              <w:spacing w:line="180" w:lineRule="exact" w:before="76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Access)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6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UN01.001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Identity – Register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&amp; Onboarding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ลงทะเบียนเจ้า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องบริษัท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ยืนยัน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อีเมล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เชิญผู้ใช้และรับ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ำเชิญเ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บริษัทที่ถู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288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SR03:001,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SR08:001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app/login/,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UserManager.php</w:t>
            </w:r>
          </w:p>
        </w:tc>
      </w:tr>
      <w:tr>
        <w:trPr>
          <w:trHeight w:hRule="exact" w:val="1244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UN01.002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Identity – Login &amp;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Role Guard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1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้าสู่ระบบด้วย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Username/Password,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บทบาทและสิทธิ์แอปพลิเ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ชันฝั่ง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เซิร์ฟเวอร์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่อนเ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หน้า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8" w:right="352" w:firstLine="0"/>
              <w:jc w:val="both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SR03:001,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SR04:001,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SR07:005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app/login/,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UserManager.php,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app/assets/utils/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951"/>
        <w:gridCol w:w="1951"/>
        <w:gridCol w:w="1951"/>
        <w:gridCol w:w="1951"/>
        <w:gridCol w:w="1951"/>
      </w:tblGrid>
      <w:tr>
        <w:trPr>
          <w:trHeight w:hRule="exact" w:val="448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ID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Description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Functional Interfaces Detail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References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Files</w:t>
            </w:r>
          </w:p>
        </w:tc>
      </w:tr>
      <w:tr>
        <w:trPr>
          <w:trHeight w:hRule="exact" w:val="1244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UN01.003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68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Identity –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Password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Recovery / OTP /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Session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8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ลืมรหัสผ่านผ่านอีเมล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OTP,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Hash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รหัสผ่าน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bcrypt,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บล็อ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</w:p>
          <w:p>
            <w:pPr>
              <w:autoSpaceDN w:val="0"/>
              <w:autoSpaceDE w:val="0"/>
              <w:widowControl/>
              <w:spacing w:line="180" w:lineRule="exact" w:before="76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Concurrent Login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74" w:after="0"/>
              <w:ind w:left="118" w:right="352" w:firstLine="0"/>
              <w:jc w:val="both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SR03:001,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SR01:004,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SR07:003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PasswordManager.</w:t>
            </w:r>
          </w:p>
          <w:p>
            <w:pPr>
              <w:autoSpaceDN w:val="0"/>
              <w:autoSpaceDE w:val="0"/>
              <w:widowControl/>
              <w:spacing w:line="260" w:lineRule="exact" w:before="0" w:after="0"/>
              <w:ind w:left="114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php,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PasswordResetMan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ager.php</w:t>
            </w:r>
          </w:p>
        </w:tc>
      </w:tr>
      <w:tr>
        <w:trPr>
          <w:trHeight w:hRule="exact" w:val="976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UN01.004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Identity – User &amp;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App-Access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Administration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8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เพิ่ม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/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้ไ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ข/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ปิดใช้ผู้ใช้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, 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ำหนด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บทบาทและสิทธิ์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้าถึง</w:t>
            </w:r>
            <w:r>
              <w:br/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แอปพลิเ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ชัน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0" w:right="288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SR03:001,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SR08:001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4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app/setting/,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UserManager.php</w:t>
            </w:r>
          </w:p>
        </w:tc>
      </w:tr>
      <w:tr>
        <w:trPr>
          <w:trHeight w:hRule="exact" w:val="720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UN02 —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่าบริษัท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(Company Settings)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1246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UN02.001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Company – Profile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&amp; System Settings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้ไ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้อมูลบริษัท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โลโ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,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่าตั้ง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ระบบต่อบริษัท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SR03:002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6" w:lineRule="exact" w:before="46" w:after="0"/>
              <w:ind w:left="114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CompanyProfileMa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nager.php,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CompanySettingMa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nager.php</w:t>
            </w:r>
          </w:p>
        </w:tc>
      </w:tr>
      <w:tr>
        <w:trPr>
          <w:trHeight w:hRule="exact" w:val="974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UN02.002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Company – SMTP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&amp; Mail Dispatch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8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SMTP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ต่อบริษัท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และส่ง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อีเมล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Onboarding/ก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ู้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ืนรหัส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/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แจ้งเตือน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0" w:right="288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SR03:002,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SR06:004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SmtpManager.php</w:t>
            </w:r>
          </w:p>
        </w:tc>
      </w:tr>
      <w:tr>
        <w:trPr>
          <w:trHeight w:hRule="exact" w:val="720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UN03 — 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้อมูลหลั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(Master Data)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6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UN03.001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432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Master –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Warehouse /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Storage / Bin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8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พื้นที่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และช่อง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จัดเ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พร้อม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วามจุ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288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SR03:003,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SR08:002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app/inventory/,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WarehouseManager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.php</w:t>
            </w:r>
          </w:p>
        </w:tc>
      </w:tr>
      <w:tr>
        <w:trPr>
          <w:trHeight w:hRule="exact" w:val="720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UN03.002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Master – Product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&amp; Category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ารหมวดสิน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หน่วย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นับ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และรูปสิน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288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SR03:003,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SR08:002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ProductManager.ph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</w:t>
            </w:r>
          </w:p>
        </w:tc>
      </w:tr>
      <w:tr>
        <w:trPr>
          <w:trHeight w:hRule="exact" w:val="974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UN03.003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Master – Contact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ารประเภทผู้ติดต่อ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าย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288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SR03:003,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SR08:002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app/contact/,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ContactManager.ph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</w:t>
            </w:r>
          </w:p>
        </w:tc>
      </w:tr>
      <w:tr>
        <w:trPr>
          <w:trHeight w:hRule="exact" w:val="1246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UN03.004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72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Master –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Warehouse Layer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Configuration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สลับโ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รงสร้าง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ลังแบบชั้นเดียว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/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หลายชั้นต่อบริษัท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SR03:003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68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CompanySettingMa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nager.php,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WarehouseManager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.php</w:t>
            </w:r>
          </w:p>
        </w:tc>
      </w:tr>
      <w:tr>
        <w:trPr>
          <w:trHeight w:hRule="exact" w:val="974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UN04 —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(Inventory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Control)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90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UN04.001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ICS – Stock-in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รับสิน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้าตามสิน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จำนวน</w:t>
            </w:r>
            <w:r>
              <w:br/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สารอ้างอิง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สร้าง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ลื่อนไหวและยอด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งเหลือ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288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SR03:004,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SR08:003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app/ics/,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StockManager.php,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StockTablesTrait.php</w:t>
            </w:r>
          </w:p>
        </w:tc>
      </w:tr>
      <w:tr>
        <w:trPr>
          <w:trHeight w:hRule="exact" w:val="720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UN04.002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ICS – Stock-out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288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จ่ายสิน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้าออ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โดยตรวจสิทธิ์และ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ยอด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งเหลือ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ปฏิเสธจำนวนเ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ิน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288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SR03:004,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SR09:003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StockManager.php</w:t>
            </w:r>
          </w:p>
        </w:tc>
      </w:tr>
      <w:tr>
        <w:trPr>
          <w:trHeight w:hRule="exact" w:val="706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UN04.003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72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ICS – Stock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Transfer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โอนย้ายระหว่างตำแหน่ง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ต้นทาง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/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ปลายทางผู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เป็นราย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ารเดียว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SR03:004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StockManager.php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951"/>
        <w:gridCol w:w="1951"/>
        <w:gridCol w:w="1951"/>
        <w:gridCol w:w="1951"/>
        <w:gridCol w:w="1951"/>
      </w:tblGrid>
      <w:tr>
        <w:trPr>
          <w:trHeight w:hRule="exact" w:val="448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ID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Description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Functional Interfaces Detail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References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Files</w:t>
            </w:r>
          </w:p>
        </w:tc>
      </w:tr>
      <w:tr>
        <w:trPr>
          <w:trHeight w:hRule="exact" w:val="720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UN04.004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ICS – Lot / Serial /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Expiry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บันทึ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Lot, Serial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Number,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วันหมดอายุ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0" w:right="288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SR03:004,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SR08:002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4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StockSourceManag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er.php, md_lot</w:t>
            </w:r>
          </w:p>
        </w:tc>
      </w:tr>
      <w:tr>
        <w:trPr>
          <w:trHeight w:hRule="exact" w:val="1244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UN04.005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432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ICS – Barcode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Label &amp; Scan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8" w:after="0"/>
              <w:ind w:left="118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พิมพ์ฉลา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บาร์โ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SKU/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รื่อง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สแ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น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SR03:004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6" w:lineRule="exact" w:before="46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BarcodeManager.p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hp,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location_barcode_la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bel.php</w:t>
            </w:r>
          </w:p>
        </w:tc>
      </w:tr>
      <w:tr>
        <w:trPr>
          <w:trHeight w:hRule="exact" w:val="720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UN04.006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2" w:right="576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ICS – File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Attachment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8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แนบและเรีย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ดูไฟล์ที่อนุญาตใน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ารที่รองรับ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SR03:004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FileUploader.php</w:t>
            </w:r>
          </w:p>
        </w:tc>
      </w:tr>
      <w:tr>
        <w:trPr>
          <w:trHeight w:hRule="exact" w:val="452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UN05 — 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(Sales)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90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UN05.001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Sales – Quotation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สร้าง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/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้ไ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ข/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อนุมัติใบเสนอรา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และแปลงเป็นใบสั่ง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าย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288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SR03:005,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SR04:002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app/order/,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QuotationManager.</w:t>
            </w:r>
          </w:p>
          <w:p>
            <w:pPr>
              <w:autoSpaceDN w:val="0"/>
              <w:autoSpaceDE w:val="0"/>
              <w:widowControl/>
              <w:spacing w:line="180" w:lineRule="exact" w:before="74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php</w:t>
            </w:r>
          </w:p>
        </w:tc>
      </w:tr>
      <w:tr>
        <w:trPr>
          <w:trHeight w:hRule="exact" w:val="720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UN05.002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Sales – Sales Order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8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สร้างใบสั่ง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าย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ยืนยัน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และตัด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สต๊อ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ตามสถานะ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0" w:right="288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SR03:005,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SR04:002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OrderManager.php</w:t>
            </w:r>
          </w:p>
        </w:tc>
      </w:tr>
      <w:tr>
        <w:trPr>
          <w:trHeight w:hRule="exact" w:val="974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UN05.003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Sales – Invoice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ใบแจ้งหนี้จา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ใบสั่ง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าย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บันทึ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 GL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0" w:right="288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SR03:005,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SR04:002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14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app/revenue/,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InvoiceManager.ph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</w:t>
            </w:r>
          </w:p>
        </w:tc>
      </w:tr>
      <w:tr>
        <w:trPr>
          <w:trHeight w:hRule="exact" w:val="720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UN05.004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Sales – Return /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Credit Note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8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ืนสิน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้าและออ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ใบลดหนี้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พร้อมปรับสต๊อ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ก/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บัญชี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288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SR03:005,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SR04:002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ReturnManager.php</w:t>
            </w:r>
          </w:p>
        </w:tc>
      </w:tr>
      <w:tr>
        <w:trPr>
          <w:trHeight w:hRule="exact" w:val="720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576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UN06 —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จัดซื้อ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(Purchasing)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6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UN06.001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Purchasing –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Purchase Request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สร้างและอนุมัติใบ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อซื้อ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SR03:006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14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app/po/,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PurchaseRequestM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anager.php</w:t>
            </w:r>
          </w:p>
        </w:tc>
      </w:tr>
      <w:tr>
        <w:trPr>
          <w:trHeight w:hRule="exact" w:val="720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UN06.002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2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Purchasing –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Purchase Order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8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แปลงใบ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อซื้อเป็นใบสั่งซื้อ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ติดตามสถานะ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0" w:right="288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SR03:006,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SR04:002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PurchaseOrderMan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ager.php</w:t>
            </w:r>
          </w:p>
        </w:tc>
      </w:tr>
      <w:tr>
        <w:trPr>
          <w:trHeight w:hRule="exact" w:val="974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UN06.003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Purchasing –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Purchase Invoice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บันทึ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ใบแจ้งหนี้ซื้อ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รับสิน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และบันทึ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 GL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0" w:right="288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SR03:006,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SR04:002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PurchaseOrderMan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ager.php,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StockManager.php</w:t>
            </w:r>
          </w:p>
        </w:tc>
      </w:tr>
      <w:tr>
        <w:trPr>
          <w:trHeight w:hRule="exact" w:val="720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UN06.004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Purchasing –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Supplier Return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8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ืนสิน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้าผู้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าย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พร้อมปรับสต๊อ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ก/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บัญชี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288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SR03:006,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SR04:002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SupplierReturnMan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ager.php</w:t>
            </w:r>
          </w:p>
        </w:tc>
      </w:tr>
      <w:tr>
        <w:trPr>
          <w:trHeight w:hRule="exact" w:val="720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432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UN07 — 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ารเงิน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(Finance)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1500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UN07.001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Finance – Receipt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Billing &amp; Receipt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วางบิลรับและบันทึ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ใบเสรจรับเงิน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ับใบแจ้งหนี้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288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SR03:007,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SR04:002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8" w:lineRule="exact" w:before="54" w:after="0"/>
              <w:ind w:left="114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app/finance/,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ReceiptBillingMana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ger.php,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ReceiptManager.ph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951"/>
        <w:gridCol w:w="1951"/>
        <w:gridCol w:w="1951"/>
        <w:gridCol w:w="1951"/>
        <w:gridCol w:w="1951"/>
      </w:tblGrid>
      <w:tr>
        <w:trPr>
          <w:trHeight w:hRule="exact" w:val="448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ID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Description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Functional Interfaces Detail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References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Files</w:t>
            </w:r>
          </w:p>
        </w:tc>
      </w:tr>
      <w:tr>
        <w:trPr>
          <w:trHeight w:hRule="exact" w:val="1244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UN07.002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74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Finance –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Payment Billing &amp;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Payment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วางบิลจ่ายและบันทึ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ใบสำ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ัญจ่าย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ับใบแจ้งหนี้ซื้อ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0" w:right="288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SR03:007,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SR04:002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68" w:after="0"/>
              <w:ind w:left="114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PaymentBillingMan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ager.php,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PaymentManager.p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hp</w:t>
            </w:r>
          </w:p>
        </w:tc>
      </w:tr>
      <w:tr>
        <w:trPr>
          <w:trHeight w:hRule="exact" w:val="720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0" w:right="576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UN08 —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บัญชี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(Accounting)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1246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UN08.001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4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Accounting –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Chart of Accounts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/ Departments /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Formulas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8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ารผังบัญชี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แผน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ก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และสูตร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บัญชีอัตโนมัติ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0" w:right="288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SR03:008,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SR08:002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4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app/accounting/,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PostingManager.ph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</w:t>
            </w:r>
          </w:p>
        </w:tc>
      </w:tr>
      <w:tr>
        <w:trPr>
          <w:trHeight w:hRule="exact" w:val="976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UN08.002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432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Accounting –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Journal &amp; GL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Posting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บันทึ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สมุดรายวันและผ่านราย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GL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แบบสมดุลภายใน</w:t>
            </w:r>
          </w:p>
          <w:p>
            <w:pPr>
              <w:autoSpaceDN w:val="0"/>
              <w:autoSpaceDE w:val="0"/>
              <w:widowControl/>
              <w:spacing w:line="180" w:lineRule="exact" w:before="90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Transaction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288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SR03:008,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SR09:003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app/journal/,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PostingManager.ph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</w:t>
            </w:r>
          </w:p>
        </w:tc>
      </w:tr>
      <w:tr>
        <w:trPr>
          <w:trHeight w:hRule="exact" w:val="974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UN09 —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รายงานและ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แดชบอร์ด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(Reports &amp;</w:t>
            </w:r>
          </w:p>
          <w:p>
            <w:pPr>
              <w:autoSpaceDN w:val="0"/>
              <w:autoSpaceDE w:val="0"/>
              <w:widowControl/>
              <w:spacing w:line="180" w:lineRule="exact" w:before="90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Dashboard)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1500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UN09.001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432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Reports –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Dashboard &amp;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Aggregates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แดชบอร์ด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้าและบัญชีจา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ตารางสรุปยอด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8" w:right="352" w:firstLine="0"/>
              <w:jc w:val="both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SR03:009,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SR05:001,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SR05:002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app/dashboard/,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app/ac_dashboard/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EtlStockManager.ph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</w:t>
            </w:r>
          </w:p>
        </w:tc>
      </w:tr>
      <w:tr>
        <w:trPr>
          <w:trHeight w:hRule="exact" w:val="990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UN09.002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Reports – Stock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Reports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ภาพรวมสต๊อ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ก,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ลื่อนไหว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,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วามจุ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้าใ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ล้หมด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หมดอายุ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Lot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SR03:009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app/reports/,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ReportManager.php</w:t>
            </w:r>
          </w:p>
        </w:tc>
      </w:tr>
      <w:tr>
        <w:trPr>
          <w:trHeight w:hRule="exact" w:val="976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UN09.003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Reports –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Financial Reports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18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งบทดลอง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ำไร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าดทุน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,</w:t>
            </w:r>
            <w:r>
              <w:br/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งบดุล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VAT,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สมุดรายวัน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,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ลื่อนไหว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GL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SR03:009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ReportManager.php</w:t>
            </w:r>
          </w:p>
        </w:tc>
      </w:tr>
      <w:tr>
        <w:trPr>
          <w:trHeight w:hRule="exact" w:val="720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UN09.004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2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Reports – Filter /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Print / Export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8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รอง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ดู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พิมพ์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และส่งออ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รายงาน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อบเ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ตสิทธิ์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0" w:right="288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SR03:009,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SR04:003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app/reports/</w:t>
            </w:r>
          </w:p>
        </w:tc>
      </w:tr>
      <w:tr>
        <w:trPr>
          <w:trHeight w:hRule="exact" w:val="974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2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UN10 —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</w:t>
            </w:r>
            <w:r>
              <w:br/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(Document</w:t>
            </w:r>
          </w:p>
          <w:p>
            <w:pPr>
              <w:autoSpaceDN w:val="0"/>
              <w:autoSpaceDE w:val="0"/>
              <w:widowControl/>
              <w:spacing w:line="180" w:lineRule="exact" w:before="76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Control)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1246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UN10.001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576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Document –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Numbering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8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ที่เอ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สารตามลำดับที่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ำหนด</w:t>
            </w:r>
          </w:p>
          <w:p>
            <w:pPr>
              <w:autoSpaceDN w:val="0"/>
              <w:autoSpaceDE w:val="0"/>
              <w:widowControl/>
              <w:spacing w:line="180" w:lineRule="exact" w:before="9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(document_number_sequen</w:t>
            </w:r>
          </w:p>
          <w:p>
            <w:pPr>
              <w:autoSpaceDN w:val="0"/>
              <w:autoSpaceDE w:val="0"/>
              <w:widowControl/>
              <w:spacing w:line="180" w:lineRule="exact" w:before="74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ces)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8" w:right="352" w:firstLine="0"/>
              <w:jc w:val="both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SR03:010,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SR04:005,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SR08:004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DocumentNumber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Manager.php</w:t>
            </w:r>
          </w:p>
        </w:tc>
      </w:tr>
      <w:tr>
        <w:trPr>
          <w:trHeight w:hRule="exact" w:val="1230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UN10.002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Document –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Lifecycle &amp; Status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4" w:after="0"/>
              <w:ind w:left="118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ุมสถานะเอ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ปฏิเสธ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เปลี่ยนสถานะที่ไม่ถู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พร้อม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Confirm Dialog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้อผิดพลาด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18" w:right="352" w:firstLine="0"/>
              <w:jc w:val="both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SR03:010,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SR09:001,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SR09:002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14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BatchActionManag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er.php, Manager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classes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951"/>
        <w:gridCol w:w="1951"/>
        <w:gridCol w:w="1951"/>
        <w:gridCol w:w="1951"/>
        <w:gridCol w:w="1951"/>
      </w:tblGrid>
      <w:tr>
        <w:trPr>
          <w:trHeight w:hRule="exact" w:val="448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ID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Description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Functional Interfaces Detail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References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Files</w:t>
            </w:r>
          </w:p>
        </w:tc>
      </w:tr>
      <w:tr>
        <w:trPr>
          <w:trHeight w:hRule="exact" w:val="720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UN10.003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Document – Audit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Fields &amp; History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8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บันทึ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ผู้สร้าง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ผู้แ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้ไ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ข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ประวัติราย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0" w:right="288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SR03:010,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SR09:001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0" w:right="72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td_* tables,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td_bin_log</w:t>
            </w:r>
          </w:p>
        </w:tc>
      </w:tr>
      <w:tr>
        <w:trPr>
          <w:trHeight w:hRule="exact" w:val="1244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8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UN11 —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แจ้งเตือนและ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งานตาม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ำหนดเวลา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(Notification &amp;</w:t>
            </w:r>
          </w:p>
          <w:p>
            <w:pPr>
              <w:autoSpaceDN w:val="0"/>
              <w:autoSpaceDE w:val="0"/>
              <w:widowControl/>
              <w:spacing w:line="180" w:lineRule="exact" w:before="90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Scheduler)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1246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UN11.001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Node – Socket.IO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Notification Server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รับเหตุ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ารณ์จา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ก PHP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ผ่าน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Endpoint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ที่ป้อง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ันด้วย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Secret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และส่งต่อไปยัง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Browser 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องผู้ใช้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ที่เ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ี่ยว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้อง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4" w:after="0"/>
              <w:ind w:left="118" w:right="352" w:firstLine="0"/>
              <w:jc w:val="both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SR03:011,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SR04:004,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SR06:004,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SR06:005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nodejs/server.js</w:t>
            </w:r>
          </w:p>
        </w:tc>
      </w:tr>
      <w:tr>
        <w:trPr>
          <w:trHeight w:hRule="exact" w:val="1230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UN11.002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Node – Scheduler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(ETL &amp; Alerts)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สรุปยอดสต๊อ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ก/GL,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แจ้งเตือน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้าใ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ล้หมดและใบแจ้งหนี้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ชำระ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ำหนดเวลา</w:t>
            </w:r>
          </w:p>
          <w:p>
            <w:pPr>
              <w:autoSpaceDN w:val="0"/>
              <w:autoSpaceDE w:val="0"/>
              <w:widowControl/>
              <w:spacing w:line="180" w:lineRule="exact" w:before="74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Asia/Bangkok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8" w:right="352" w:firstLine="0"/>
              <w:jc w:val="both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SR03:011,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SR05:002,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SR01:006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nodejs/scheduler.js,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app/cron/</w:t>
            </w:r>
          </w:p>
        </w:tc>
      </w:tr>
      <w:tr>
        <w:trPr>
          <w:trHeight w:hRule="exact" w:val="1246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UN12 —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</w:t>
            </w:r>
            <w:r>
              <w:br/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ปลอดภัยและ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ารแย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(Security &amp;</w:t>
            </w:r>
          </w:p>
          <w:p>
            <w:pPr>
              <w:autoSpaceDN w:val="0"/>
              <w:autoSpaceDE w:val="0"/>
              <w:widowControl/>
              <w:spacing w:line="180" w:lineRule="exact" w:before="90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Tenant Scope)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4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UN12.001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Security – Tenant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Scope Guard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ัดทุ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ก Query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Action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ให้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อยู่ในบริษัท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/ค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ลังที่ผู้ใช้ได้รับ</w:t>
            </w:r>
            <w:r>
              <w:br/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อนุญาต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8" w:right="352" w:firstLine="0"/>
              <w:jc w:val="both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SR04:001,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SR04:003,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SR07:002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StockTablesTrait.php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, Manager classes</w:t>
            </w:r>
          </w:p>
        </w:tc>
      </w:tr>
      <w:tr>
        <w:trPr>
          <w:trHeight w:hRule="exact" w:val="1246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UN12.002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Security – Server-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side Validation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18" w:right="576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้อมูลนำเ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Prepared Statements,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Escape Output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SQLi/XSS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288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SR07:002,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SR07:004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Manager classes,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app/assets/utils/</w:t>
            </w:r>
          </w:p>
        </w:tc>
      </w:tr>
      <w:tr>
        <w:trPr>
          <w:trHeight w:hRule="exact" w:val="974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UN12.003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Security –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Operation Lock &amp;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Usage Guard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0" w:right="432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ล็อ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ช่วงเวลาผ่านราย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ัดโ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วตาราย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ารต่อบริษัท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0" w:right="288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SR07:002,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SR09:003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4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OperationLockMan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ager.php,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UsageGuard.php</w:t>
            </w:r>
          </w:p>
        </w:tc>
      </w:tr>
      <w:tr>
        <w:trPr>
          <w:trHeight w:hRule="exact" w:val="976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UN12.004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Security – TLS &amp;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Secret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Configuration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8" w:right="432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่าตั้ง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TLS,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NODE_EMIT_SECRET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Secrets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ที่สร้างตอนติดตั้ง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288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SR07:001,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SR01:005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docker/php/config.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php.template, .env</w:t>
            </w:r>
          </w:p>
        </w:tc>
      </w:tr>
      <w:tr>
        <w:trPr>
          <w:trHeight w:hRule="exact" w:val="1244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UN13 —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ติดตั้งและ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สำรอง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(Deployment &amp;</w:t>
            </w:r>
          </w:p>
          <w:p>
            <w:pPr>
              <w:autoSpaceDN w:val="0"/>
              <w:autoSpaceDE w:val="0"/>
              <w:widowControl/>
              <w:spacing w:line="180" w:lineRule="exact" w:before="90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Backup)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6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UN13.001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Deploy –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setup.php Schema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Installer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สร้างฐาน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wms/wms2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ตารางทั้งหมดใน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ั้นตอนเดียว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8" w:right="352" w:firstLine="0"/>
              <w:jc w:val="both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SR01:003,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SR08:005,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SR06:001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setup.php,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docker/mariadb/ini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t-wms2.sql</w:t>
            </w:r>
          </w:p>
        </w:tc>
      </w:tr>
      <w:tr>
        <w:trPr>
          <w:trHeight w:hRule="exact" w:val="990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UN13.002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Deploy – Docker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Compose Stack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8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Container php-apache,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mariadb, node/pm2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พร้อม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Entrypoint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สร้าง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config.php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288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SR02:005,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SR01:003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576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docker-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compose.yml,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docker/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951"/>
        <w:gridCol w:w="1951"/>
        <w:gridCol w:w="1951"/>
        <w:gridCol w:w="1951"/>
        <w:gridCol w:w="1951"/>
      </w:tblGrid>
      <w:tr>
        <w:trPr>
          <w:trHeight w:hRule="exact" w:val="448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ID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Description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Functional Interfaces Detail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References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Files</w:t>
            </w:r>
          </w:p>
        </w:tc>
      </w:tr>
      <w:tr>
        <w:trPr>
          <w:trHeight w:hRule="exact" w:val="720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UN13.003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2" w:right="432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Deploy – .env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Generator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สร้าง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.env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วามลับอัตโนมัติ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ไม่เ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็บใน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Git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SR01:005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4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docker/init-env.sh,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.env.example</w:t>
            </w:r>
          </w:p>
        </w:tc>
      </w:tr>
      <w:tr>
        <w:trPr>
          <w:trHeight w:hRule="exact" w:val="992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UN13.004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Deploy – Backup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&amp; Restore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8" w:after="0"/>
              <w:ind w:left="11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สำรอง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Git 2 Remote,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mysqldump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รายวัน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, 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ั้นตอน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ืน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SR01:003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8" w:after="0"/>
              <w:ind w:left="114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Product Operation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Guide, backup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remote</w:t>
            </w:r>
          </w:p>
        </w:tc>
      </w:tr>
    </w:tbl>
    <w:p>
      <w:pPr>
        <w:autoSpaceDN w:val="0"/>
        <w:autoSpaceDE w:val="0"/>
        <w:widowControl/>
        <w:spacing w:line="256" w:lineRule="exact" w:before="306" w:after="144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ผู้จัดทำเอ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2"/>
        </w:rPr>
        <w:t>สาร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ุณนพพงษ์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เจริญสุ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System Analyst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8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ผู้ตรวจสอบเอ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2"/>
        </w:rPr>
        <w:t>สาร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ุณเยาวลั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ษณ์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บางชมภู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Document Control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8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ผู้อนุมัติ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ุณเสรี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วิริยะส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ุลธรณ์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Project Sponsor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1814" w:right="704" w:bottom="14" w:left="144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755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SD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0"/>
      <w:ind w:left="-1440"/>
    </w:pPr>
    <w:r>
      <w:drawing>
        <wp:inline xmlns:a="http://schemas.openxmlformats.org/drawingml/2006/main" xmlns:pic="http://schemas.openxmlformats.org/drawingml/2006/picture">
          <wp:extent cx="7560000" cy="98070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software-design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980705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