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Charter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ฎบัตรโ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(Project Information)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วันที่เริ่มโ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(232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(ApS)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ผู้อนุมัติโ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Sponsor)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(Project Objectives)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ึ้นเพื่อรวมศูนย์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6" w:lineRule="exact" w:before="54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และงานบัญชี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รบวงจร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์ดังนี้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วัตถุประสง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(Objective)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รวมศูนย์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ระจายอยู่หลายระบบ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ให้ยอดสิน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ต้องและตรวจสอบได้จา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แหล่งเดียว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รองรับหลายบริษัทและหลาย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องผู้ใช้แต่ละรายให้อยู่ในบริษัทและ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ลังที่ได้รับสิทธิ์</w:t>
            </w:r>
          </w:p>
        </w:tc>
      </w:tr>
      <w:tr>
        <w:trPr>
          <w:trHeight w:hRule="exact" w:val="464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ับงานบัญชี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ายและงานจัดซื้อบันทึ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้องโดยอัตโนมัติ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ให้ติดตั้งและดูแลรั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ษาได้อย่างเป็นระบบ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ืนที่ทำซ้ำได้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Name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ารผู้ใช้งานและสิทธิ์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Identity, Role and Application-Access Management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Data Management (Warehouse, Product, Contact)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Inventory Control (Stock in/out/transfer, Lot, Serial, Expiry,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Barcode)</w:t>
            </w:r>
          </w:p>
        </w:tc>
      </w:tr>
      <w:tr>
        <w:trPr>
          <w:trHeight w:hRule="exact" w:val="46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(Quotation, Order, Invoice, Return, Credit Note)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(Request, Order, Invoice, Supplier Return)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(Receipt Billing, Receipt, Payment Billing, Payment)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Accounting (Chart of Accounts, Department, Journal, General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Ledger)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ระบบรายงานและแดชบอร์ด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Reporting and Dashboard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Numbering and Lifecycle Control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and Scheduled Job (Node.js, Socket.IO)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สรุปชื่อผู้มีส่วนได้ส่วนเสียหลั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ชื่อย่อ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(Role)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วามรับผิดชอบหลั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พัฒนาระบบและดูแล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แผนระยะเวลาโ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(Project Timeline)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610" w:right="0" w:hanging="39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(Date)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หมายเหตุ</w:t>
            </w:r>
          </w:p>
        </w:tc>
      </w:tr>
      <w:tr>
        <w:trPr>
          <w:trHeight w:hRule="exact" w:val="704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Initiation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Kick-off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Charter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Planning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38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18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Requirements, Software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Plan, Work 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610" w:right="0" w:hanging="39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(Date)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หมายเหตุ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Execution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100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29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พัฒนาระบบและจัดทำเอ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17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Close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ไมล์และเ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วามสำเร็จ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ไมล์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ฎบัตรโ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ตและวัตถุประสง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Requirements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และแผนงาน</w:t>
            </w:r>
          </w:p>
        </w:tc>
      </w:tr>
      <w:tr>
        <w:trPr>
          <w:trHeight w:hRule="exact" w:val="466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Accepted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charter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