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5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List of Evidence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61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25690824 V1.0 YaB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ารตรวจสอบสถานะ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ารจัดเตรียมและ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็บเอ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(232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156"/>
        <w:ind w:left="0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PM Process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Statement of Work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200-WMS-26-001-00 Statement of Work 25690105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V1.0 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ารและหนังสือเชิญประชุมเปิดโ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177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Plan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1. 200-WMS-26-001-00 Work Schedule 25690213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2. 200-WMS-26-001-00 Software Project Plan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25690213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3. 200-WMS-26-001-00 Customer Requirements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25690206 V1.0 NoC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802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Progress Status Record (15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25690109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25690123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25690206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4.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25690218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25690225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6.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25690317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7.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25690429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8.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25690508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9.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25690513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25690523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11.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25690529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12.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25690803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13.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25690814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14.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25690817 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15. 200-WMS-26-001-00 Progress Status Record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25690824 V1.0 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้าวหน้า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ารรายงวด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Correction Register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200-WMS-26-001-00 Correction Register 25690817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V1.0 YaB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สารสรุปปัญหาที่พบระหว่างดำเนินโ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Acceptance Record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200-WMS-26-001-00 Acceptance Report 25690817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V1.0 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ารส่งมอบงาน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(Sign off Letter)</w:t>
            </w:r>
          </w:p>
        </w:tc>
      </w:tr>
      <w:tr>
        <w:trPr>
          <w:trHeight w:hRule="exact" w:val="177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Change Requests (3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1. 200-WMS-26-001-00 Change Report 25690521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V1.0 NoC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2. 200-WMS-26-001-00 Change Report 25690808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V1.0 ApS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3. 200-WMS-26-001-00 Change Report 25690810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V1.0 SeV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6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Meeting Record (12 MoM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25690105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25690123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25690218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4.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25690317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25690429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6.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25690513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7.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25690523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8.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25690529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9.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25690803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25690814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11.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25690817 V1.0 YaB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12. 200-WMS-26-001-00 Minutes Of Meeting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25690824 V1.0 YaB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ารประชุมตามแผน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Schedule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Configuration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200-WMS-26-001-00 Software Configuration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25690817 V1.0 ThS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วามเปลี่ยนแปลงต่าง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ๆ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Repository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200-WMS-26-001-00 Project Repository 25690817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V1.0 ThS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(Git Server: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git@188.166.228.62:nok/wms-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app.git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Repository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(Backup)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200-WMS-26-001-00 Project Repository Backup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25690824 V1.0 ThS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พื้นที่สำรองสำหรับ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(Git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git@github.com:thanakorninbox-dev/wms-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app.git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และชุดสำรองฐาน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ลาวด์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156"/>
        <w:ind w:left="0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SI Process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Requirements specification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(SRS)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Software Requirements 25690225 V1.0 NoC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สารแสดง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ารซอฟต์แวร์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design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Software Design 25690306 V1.0 NoC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แบบระบบ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Baseline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13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Traceability record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Traceability Record 25690306 V1.0 NoC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ลับได้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(Traceability Matrix)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14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Components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Software Components 25690817 V1.0 ThS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สารแสดงส่วนประ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อบต่าง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ๆ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องโปรแ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รมแต่ละเวอร์ชัน</w:t>
            </w:r>
          </w:p>
        </w:tc>
      </w:tr>
      <w:tr>
        <w:trPr>
          <w:trHeight w:hRule="exact" w:val="70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15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Cases and Test Procedures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200-WMS-26-001-00 Test Case and Test Procedures 25690731 V1.0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สารแสดงตัวอย่างชุด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้อมูลที่ใช้ทดสอบ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16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Report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Test Report 25690814 V1.0 PaNg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ารทดสอบระบบ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17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Software 25690817 V1.0 ThS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ซอฟต์แวร์สำหรับส่งมอบให้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(Baseline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Tag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sdlc-v1.0-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final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18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User Documentation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Software User Document 25690814 V1.0 ThS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ารใช้งานสำหรับผู้ใช้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19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Product Operation Guide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Product Operation Guide 25690817 V1.0 ThS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ู่มือปฏิบัติงานสำหรับผู้ดูแลระบบ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Maintenance Documentation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Maintenance Document 25690817 V1.0 ThS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ารบำรุงรั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ษาระบบ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124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21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Verification result (4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08" w:right="67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1. 200-WMS-26-001-00 Verification Results 25690317 V0.1 PaNg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2. 200-WMS-26-001-00 Verification Results 25690529 V0.2 PaNg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3. 200-WMS-26-001-00 Verification Results 25690731 V0.3 PaNg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4. 200-WMS-26-001-00 Verification Results 25690817 V1.0 PaNg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ารจัดเตรียมและ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22</w:t>
            </w:r>
          </w:p>
        </w:tc>
        <w:tc>
          <w:tcPr>
            <w:tcW w:type="dxa" w:w="28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Validation result</w:t>
            </w:r>
          </w:p>
        </w:tc>
        <w:tc>
          <w:tcPr>
            <w:tcW w:type="dxa" w:w="5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Validation Results 25690814 V1.0 PaNg</w:t>
            </w:r>
          </w:p>
        </w:tc>
        <w:tc>
          <w:tcPr>
            <w:tcW w:type="dxa" w:w="60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(UAT)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156"/>
        <w:ind w:left="0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Other Document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No.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Instantiation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 Name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Description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Stakeholder Register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Stakeholder Register 25690116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รายชื่อผู้มีส่วนได้ส่วนเสียและระดับ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ารมีส่วนร่วม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Charter Report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Project Charter Report 25690123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ฎบัตรโ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TRACEABILITY-RECORD-Table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TRACEABILITY-RECORD 25690817 V1.0 NoC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ารถึงผล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Training Report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 Training Report 25690822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ารอบรมผู้ใช้งานระบบ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List of Evidence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สารฉบับนี้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ดัชนีเอ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ฐานทั้งหมด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40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รบถ้วน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ฐาน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7584"/>
        <w:gridCol w:w="7584"/>
      </w:tblGrid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Work Products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PM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Work Products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SI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12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อบเพิ่มเติม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(Other Document)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7584"/>
        <w:gridCol w:w="7584"/>
      </w:tblGrid>
      <w:tr>
        <w:trPr>
          <w:trHeight w:hRule="exact" w:val="448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58</w:t>
            </w:r>
          </w:p>
        </w:tc>
      </w:tr>
      <w:tr>
        <w:trPr>
          <w:trHeight w:hRule="exact" w:val="452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สารที่จัดเตรียม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58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สารที่ยังไม่ได้จัดเตรียม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0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สารและหลั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ฐานทั้งหมดจัดเ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Project Repository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และสำรองไว้ตามที่ระบุในเอ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Project Repository (Backup)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โดยชุดเอ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ุมด้วย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Tag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sdlc-v1.0-final</w:t>
      </w:r>
    </w:p>
    <w:p>
      <w:pPr>
        <w:autoSpaceDN w:val="0"/>
        <w:autoSpaceDE w:val="0"/>
        <w:widowControl/>
        <w:spacing w:line="256" w:lineRule="exact" w:before="332" w:after="156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6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6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814" w:bottom="10" w:left="856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5168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LoE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856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ist-of-evidenc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