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4 (17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User Acceptance Test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and Test Procedures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 Results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User Document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ารทดสอบพร้อมใช้งานจริง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 Operation Guide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Run Version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ระบุเวอร์ชันและวันที่ตรง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ระบุรายละเอียดหัว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Manufacture, 2 Overview, 3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Goals and Scope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3.3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WP 1.0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ารสิ่งส่งมอบและรหัส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Organization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Project Estimate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Resources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มีปริมาณงานและทรัพยา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Work 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27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รรมพร้อมราย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Risk Management Plan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และผู้รับผิดชอบ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R1–R8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แนวทางจัด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VR04.010.009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Contingency Actions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รณีงานไม่แล้วเสร็จ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VR04.010.010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2.0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ารแต่ละราย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CR01–CR14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CR01:001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Result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ลงชื่อผู้จัดทำและผู้อนุมัติซึ่งเป็นฝ่าย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3.0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SR01:001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Remark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4.0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High Level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Case, Component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Diagram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 Interface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หน้าจอที่จะใช้ในระบบ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เป็นระเบียบ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Description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Functional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 Detail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References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5.0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Requesting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ียนรายละเอียด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Impact Analysis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ารลงนามอนุมัติโดย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(CAB)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มีตารางพิจารณาและลงนาม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6.0 Test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Procedures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ารทดสอบพร้อมรหัสเรียงลำดับ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ทดสอบโดยอ้างรหัส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1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Output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Environment Needs, Special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Procedural Required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Intercase Dependency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Date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Status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รบถ้วนไม่มีช่องว่าง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7.0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ารทดสอบและผู้ทดสอบ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มีผลและผู้ทดสอบ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ลงชื่อผู้ทดสอบฝ่ายลู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8.0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ใช้ถ้อย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หน้าจอจริง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ตรวจสอบแล้วสอด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2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9.0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พร้อมใช้งานจริง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ระบบติดตั้งและใช้งานได้บนสภาพ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ติดตั้งสำเร็จและใช้งานได้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พร้อมชุดสำรอง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10.0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รบถ้วนพร้อมผล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(SLA)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SLA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6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288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รอบตรวจสอบนี้เป็นรอบสุดท้าย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ลุมสิ่งส่งมอบทั้งหมด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11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วรให้ดำเนิน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ารตรวจรับส่งมอบระบบตามที่บันทึ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Acceptance Report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