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Verification Results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3 (31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ฎา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7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ตรวจสอบชุดทดสอบและ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56" w:after="0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  <w:tr>
        <w:trPr>
          <w:trHeight w:hRule="exact" w:val="976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6.0 Test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 and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Procedures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VR03.060.001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VR03.060.002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ทดสอบพร้อมรหัสเรียงลำดับ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 Test Case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VR03.060.003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Item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ที่ทดสอบโดย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UN01.001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Unit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VR03.060.004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้าอย่างชัดเจน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VR03.060.005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Output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หวังอย่างชัดเจน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VR03.060.006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Environment Needs, Special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Procedural Required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Intercase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Dependency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VR03.060.007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Date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รบถ้วนไม่มีช่องว่าง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VR03.060.008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ารตรวจสอบรอบนี้ผ่านทุ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ประเด็นที่พบระหว่าง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ารตรวจสอบรอบถัดไปจะ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