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1 (17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มีนา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988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Manufacture,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Overview, 3 Goals and Scope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VR01.010.006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VR01.010.007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VR01.010.008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พร้อมแนวทาง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VR01.010.009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VR01.010.010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VR01.020.001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VR01.020.002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VR01.020.003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VR01.020.004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VR01.020.005</w:t>
            </w:r>
          </w:p>
        </w:tc>
        <w:tc>
          <w:tcPr>
            <w:tcW w:type="dxa" w:w="29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