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Maintenance Document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ษาระบบหลังจา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ส่งมอบและเปิดใช้งานจริง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้อผิดพลาด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ารปรับปรุง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เพื่อให้ระบบมี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วามเสถียร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ต่อเนื่อง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(Maintenance 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Type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MD-001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Server (PHP 8, Apache, Linux Server)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MD-002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Application Modules (11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MD-003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(MariaDB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MD-004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MD-005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Real-time &amp; Scheduler Services (Node.js, Socket.IO, pm2)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MD-006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Components: Git Server (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MD-007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 (Backup): 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ประเภท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Corrective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(Bug Fix)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Adaptive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ปรับระบบให้รองรับ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หรือระบบปฏิบัติ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ารรุ่นใหม่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Perfective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ปรับปรุงประสิทธิภาพและเพิ่ม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วามสามารถตามที่ต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Preventive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(Patch Security)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รรม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(Maintenance Activities)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Error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้อผิดพลาดที่พบ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รายสัปดาห์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Patch Security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ปรับปรุงแพตช์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และใบรับรอง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TLS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รายเดือน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Critical Patch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Backup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Recovery Test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ตรวจสอบชุดสำรองรายวันและทดสอบ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แวดล้อมทดสอบ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ไตรมาส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1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Monitor Uptime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วามพร้อมใช้งาน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องเว็บ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และงานแจ้งเตือน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Support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สนับสนุนผู้ใช้งาน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และอบรมเมื่อมี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ปรับปรุงระบบ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Release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ลงระดับ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ารให้บริ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(Service Level Agreement)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ระดับปัญหา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Incident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Critical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ระบบไม่สามารถใช้งานได้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Major Issue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ัญใช้งานไม่ได้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แต่มีทางเลี่ยงชั่ว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ราว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Minor Issue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ปัญหาที่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Feature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Request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ารเพิ่มเติมนอ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ตเดิม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Release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ถัดไปผ่าน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และปรับปรุงระบบ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ที่รับผิดชอบจา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Components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(28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เพื่อไม่ให้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ที่ส่งมอบแล้ว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สะท้อน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รงสร้างใน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schema_migrations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เสมอ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ปรับปรุงชุดสำรอง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dev/wms-app.git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intenance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