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8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Product Operation Guide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16" w:lineRule="exact" w:before="114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ู่มือฉบับนี้จัดทำ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ึ้นเพื่อเป็นแนวทางสำหรับผู้ดูแลระบบ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(System Administrator)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ารติดตั้ง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เฝ้าระวัง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สำรอง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ารปฏิบัติงานมีมาตรฐานและ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ืนระบบได้อย่างรวดเร็ว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1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ทางเลือ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ารติดตั้ง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</w:p>
        </w:tc>
        <w:tc>
          <w:tcPr>
            <w:tcW w:type="dxa" w:w="4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ไฟล์อ้างอิง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แนะนำ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4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 Compose: php-apache, mariadb,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node/pm2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4" w:after="0"/>
              <w:ind w:left="110" w:right="432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</w:t>
            </w:r>
          </w:p>
        </w:tc>
        <w:tc>
          <w:tcPr>
            <w:tcW w:type="dxa" w:w="4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0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2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ารติดตั้งแบบ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Container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1.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ัดลอ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.env.example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.env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หรือรันส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ริปต์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docker/init-env.sh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ซึ่งจะสอบถามรหัสผ่านฐาน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ชื่อโฮสต์สาธารณะ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EMIT_SECRET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SMTP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่าที่เว้นว่างระบบจะสุ่มให้อัตโนมัติ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ำสั่ง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docker compose up -d --build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เพื่อสร้างและเริ่มบริ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ารทั้งสามส่วน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ตรวจสอบว่า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Container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php-apache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สร้างไฟล์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app/config.php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.env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เรียบร้อยแล้ว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โดยไฟล์นี้ไม่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และไม่ฝังอยู่ใน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Image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ตรวจสอบว่าฐาน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wms2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สร้าง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้าใช้งานระบบผ่านชื่อโฮสต์ที่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ำหนดได้</w:t>
      </w:r>
    </w:p>
    <w:p>
      <w:pPr>
        <w:autoSpaceDN w:val="0"/>
        <w:autoSpaceDE w:val="0"/>
        <w:widowControl/>
        <w:spacing w:line="268" w:lineRule="exact" w:before="39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3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ารติดตั้งแบบ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Manual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เตรียมเ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รื่องแม่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Linux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ที่ติดตั้ง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PHP 8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ึ้นไป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, MariaDB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Node.js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่าไฟล์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app/config.php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้อมูลเชื่อมต่อฐาน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wms2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,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NODE_PUBLIC_URL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,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NODE_EMIT_URL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,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NODE_EMIT_SECRET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SMTP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รัน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setup.php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หนึ่ง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รั้งเพื่อสร้างโ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้อมูลทั้งหมด</w:t>
      </w:r>
    </w:p>
    <w:p>
      <w:pPr>
        <w:sectPr>
          <w:headerReference w:type="default" r:id="rId11"/>
          <w:footerReference w:type="default" r:id="rId12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94" w:lineRule="exact" w:before="380" w:after="0"/>
        <w:ind w:left="426" w:right="144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เริ่มบริ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Node.js (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nodejs/server.js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nodejs/scheduler.js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pm2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ตามไฟล์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nodejs/ecosystem.config.js</w:t>
      </w:r>
    </w:p>
    <w:p>
      <w:pPr>
        <w:autoSpaceDN w:val="0"/>
        <w:autoSpaceDE w:val="0"/>
        <w:widowControl/>
        <w:spacing w:line="268" w:lineRule="exact" w:before="40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4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ารตั้ง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่าระบบ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ที่ตั้ง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หมายเหตุ</w:t>
            </w:r>
          </w:p>
        </w:tc>
      </w:tr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app/config.php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ึ้นตอนติดตั้ง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864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(Docker)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หรือตัวแปรสภาพแวดล้อม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(Manual)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เว้นจา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.gitignore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่าระดับบริษัท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่าในระบบ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app/setting/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</w:p>
        </w:tc>
      </w:tr>
      <w:tr>
        <w:trPr>
          <w:trHeight w:hRule="exact" w:val="45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$time_zone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app/config.php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ำหนดเป็น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Asia/Bangkok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5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ารเฝ้าระวังระบบ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(Monitoring)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วามถี่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ารเว็บ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ตรวจสอบว่าระบบตอบสนองและผู้ใช้เ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้าสู่ระบบได้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เชื่อมต่อได้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ตรวจสอบสถานะ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server.js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scheduler.js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Log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nodejs/logs/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ตรวจสอบว่างานสรุปยอดและงานแจ้งเตือนทำงาน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รบและไม่ซ้ำซ้อน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รายวัน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576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ารตรวจสอบล้มเหลวติดต่อ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ระบบจะส่งอีเมลแจ้งเตือนผู้ดูแลระบบ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pm2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จะพยายามเริ่มบริ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ารใหม่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เป็นลำดับแร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ไม่สามารถ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ารได้ภายใน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30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นาที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ผู้ดูแลระบบต้องแจ้งผู้จัด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เหตุ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ชั่วโมงหรือ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ารดำเนินธุร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ิจอย่างมีนัยสำ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ัญ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ต้องแจ้ง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Project Sponsor</w:t>
      </w:r>
    </w:p>
    <w:p>
      <w:pPr>
        <w:autoSpaceDN w:val="0"/>
        <w:autoSpaceDE w:val="0"/>
        <w:widowControl/>
        <w:spacing w:line="268" w:lineRule="exact" w:before="39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6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ารสำรอง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่าแม่แบบ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Git 2 Remote (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origin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backup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รั้งที่ส่งมอบหรือปรับ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็บถาวรใน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Export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อัตโนมัติไปยังพื้นที่จัดเ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วด์ที่บริษัท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02:00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รายวันเ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สิ้นเดือน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เดือน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PDF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ที่สร้างจา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สารต้นฉบับ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รั้งที่ปรับปรุงเอ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็บถาวรใน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</w:t>
            </w:r>
          </w:p>
        </w:tc>
      </w:tr>
    </w:tbl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6.1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ผู้ดูแลระบบเลือ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ชุดสำรองที่ต้อง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พื้นที่จัดเ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็บบน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ลาวด์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และยืนยันวันที่พร้อม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วามสมบูรณ์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องไฟล์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2.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ืนชุดสำรองเ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้าสู่สภาพแวดล้อมที่ไม่ใช่ระบบใช้งานจริง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่อนเสมอ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ารเชื่อมต่อฐาน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wms2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พร้อมตรวจสอบ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ารตัวอย่าง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4.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ืนระบบใช้งานจริง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จุด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หยุดบริ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ืนชุดสำรองที่ตรวจสอบแล้ว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เริ่มบริ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แอปพลิเ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ชันและ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Node.js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แล้วตรวจสอบสถานะตามหัว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5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5.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ารสำรอง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้อมูลล้มเหลวหรือไม่ทำงานตาม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ผู้ดูแลระบบต้องตรวจสอบสาเหตุและสั่งทำงานซ้ำ</w:t>
      </w:r>
    </w:p>
    <w:p>
      <w:pPr>
        <w:autoSpaceDN w:val="0"/>
        <w:autoSpaceDE w:val="0"/>
        <w:widowControl/>
        <w:spacing w:line="308" w:lineRule="exact" w:before="202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ารเมื่อ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23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ืนชุดสำรองลงในสภาพแวดล้อมที่ไม่ใช่ระบบใช้งานจริงสำเร็จ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้อมูลตัวอย่าง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ารได้ทบทวนผล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ั้นตอนปิด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68" w:lineRule="exact" w:before="38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7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ารปิดราย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ุมด้านปฏิบัติ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64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  <w:tc>
          <w:tcPr>
            <w:tcW w:type="dxa" w:w="1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ารปิดราย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976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OP-001</w:t>
            </w:r>
          </w:p>
        </w:tc>
        <w:tc>
          <w:tcPr>
            <w:tcW w:type="dxa" w:w="2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แบบอัตโนมัติ</w:t>
            </w:r>
          </w:p>
        </w:tc>
        <w:tc>
          <w:tcPr>
            <w:tcW w:type="dxa" w:w="1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System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Administrat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or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23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</w:tr>
      <w:tr>
        <w:trPr>
          <w:trHeight w:hRule="exact" w:val="974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OP-002</w:t>
            </w:r>
          </w:p>
        </w:tc>
        <w:tc>
          <w:tcPr>
            <w:tcW w:type="dxa" w:w="2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เตือนเมื่อเ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1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System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Administrat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or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23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เงื่อนไ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8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ารจัด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ารผู้ใช้งานและสิทธิ์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ผู้ใช้ระดับ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Owner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Admin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ารผู้ใช้งาน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บทบาท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้าถึงแอปพลิเ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ชันจา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เมนูตั้ง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ารเปลี่ยนบทบาทมีผล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รั้งถัดไป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องผู้ใช้รายนั้น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ระบบอนุญาตให้ใช้งานได้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รั้งละหนึ่ง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Session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ต่อบัญชี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เพื่อป้อง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ารใช้บัญชีร่วม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8" w:lineRule="exact" w:before="420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UM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duct-operation-gui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