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User Document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ารเรีย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ดูรายงาน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</w:t>
      </w:r>
    </w:p>
    <w:p>
      <w:pPr>
        <w:autoSpaceDN w:val="0"/>
        <w:autoSpaceDE w:val="0"/>
        <w:widowControl/>
        <w:spacing w:line="244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(System Access)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URL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ผู้ใช้งานใหม่ที่เป็นเจ้า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ผู้ใช้งานที่ได้รับ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์ในอีเมลเชิญ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แล้วตั้งรหัสผ่านเพื่อเ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รณีลืมรหัสผ่าน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ระบบจะส่งลิง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ระบบอนุญาตให้ใช้งานได้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รั้งละหนึ่ง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รณ์ใหม่ระบบจะปฏิเสธ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้าใช้งานซ้ำ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อมพิวเตอร์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แท็บเล็ต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2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(Roles)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</w:p>
        </w:tc>
      </w:tr>
      <w:tr>
        <w:trPr>
          <w:trHeight w:hRule="exact" w:val="464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แต่ไม่สามารถสร้างหรือแ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17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เมนูและปุ่ม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ำสั่งที่แสดงจะเปลี่ยนตามบทบาทและสิทธิ์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้าถึงที่ผู้ดูแลระบบ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p>
      <w:pPr>
        <w:sectPr>
          <w:headerReference w:type="default" r:id="rId13"/>
          <w:footerReference w:type="default" r:id="rId14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หน้าแร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้าแสดงยอดสิน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งเหลือ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แดชบอร์ดบัญชีแสดงภาพรวมรายรับ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รายจ่าย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ตัวเล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บนแดชบอร์ด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ำนวณจา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ตารางสรุปยอดที่ปรับปรุงตาม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ารที่เพิ่งบันทึ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อาจแสดงผลช้า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้อมูลจริงเล็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่อนเริ่มบันทึ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และช่องจัดเ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ลังเดียวหรือแบบหลายชั้น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หมวดสิน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ระบุรหัสสิน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หน่วยนับ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และรูปสิน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ประเภทผู้ติดต่อและผู้ติดต่อ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ายที่ใช้ในเอ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ายและจัดซื้อ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โลโ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และบัญชีอีเมลสำหรับส่ง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(Inventory Operations)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้าและจำนวนที่ต้อง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่อนอนุมัติราย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ินยอดระบบจะปฏิเสธ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ระบุตำแหน่งต้นทางและปลายทาง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ารโอนเดียวที่สอบ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้าหรือตำแหน่งจัดเ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็บเพื่อพิมพ์ฉลา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</w:p>
        </w:tc>
        <w:tc>
          <w:tcPr>
            <w:tcW w:type="dxa" w:w="8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(Sales)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าที่ลู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้าตอบรับเป็นใบสั่ง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ืนและออ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ใบลดหนี้</w:t>
      </w:r>
    </w:p>
    <w:p>
      <w:pPr>
        <w:autoSpaceDN w:val="0"/>
        <w:autoSpaceDE w:val="0"/>
        <w:widowControl/>
        <w:spacing w:line="246" w:lineRule="exact" w:before="25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ั้นตอนต้องเปลี่ยนสถานะตามลำดับที่ระบบ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เปลี่ยนสถานะ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ั้นระบบจะปฏิเสธพร้อมแสดง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งานจัดซื้อ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(Purchasing)</w:t>
      </w:r>
    </w:p>
    <w:p>
      <w:pPr>
        <w:autoSpaceDN w:val="0"/>
        <w:autoSpaceDE w:val="0"/>
        <w:widowControl/>
        <w:spacing w:line="360" w:lineRule="exact" w:before="70" w:after="1314"/>
        <w:ind w:left="426" w:right="604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อซื้อและส่งให้ผู้มีอำนาจอนุมัติ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อซื้อที่อนุมัติแล้วเป็นใบสั่งซื้อ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เมื่อได้รับสิน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8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(Finance &amp; Accounting)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ใบวางบิลรับและใบเสร็จรับเงิน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ารรับชำระจา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52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ารจ่ายชำระให้ผู้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ผังบัญชีและแผน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Admin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เป็นผู้ดูแลโ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รงสร้างบัญชี</w:t>
            </w:r>
          </w:p>
        </w:tc>
      </w:tr>
      <w:tr>
        <w:trPr>
          <w:trHeight w:hRule="exact" w:val="450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สารต้นทางหรือบันทึ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เองตามสิทธิ์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ารต้องสมดุลจึงจะบันทึ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9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ภาพรวมสต๊อ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้าหมดอายุ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และรายงาน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งบทดลอง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ำไร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าดทุน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งบดุล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ภาษีมูล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่าเพิ่ม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สมุดรายวัน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ลื่อนไหวบัญชีแย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autoSpaceDE w:val="0"/>
        <w:widowControl/>
        <w:spacing w:line="244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พิมพ์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และส่งออ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ตบริษัทและสิทธิ์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ารแจ้งเตือน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ระบบแจ้งเตือนผู้ใช้ที่เ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ารเปลี่ยนสถานะเอ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สารที่ต้องดำเนิน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และแจ้งเตือนตาม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ำหนดเวลาสำหรับสิน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ล้หมดและใบแจ้งหนี้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โดยแจ้งเฉพาะผู้ใช้ที่มีสิทธิ์ในบริบท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องบริษัทนั้น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ารใช้งานทั่วไป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ติดต่อผู้ดูแลระบบ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ให้แจ้งผ่านช่องทางสนับสนุนที่ระบุในเอ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Product Operation Guide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