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ซอฟต์แวร์สำหรับส่งมอบให้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้อมูลซอฟต์แวร์ที่ส่งมอบ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ชื่อผลิตภัณฑ์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BRN WMS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Web-based</w:t>
            </w:r>
          </w:p>
        </w:tc>
      </w:tr>
      <w:tr>
        <w:trPr>
          <w:trHeight w:hRule="exact" w:val="464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เวอร์ชันที่ส่งมอบ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commit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branch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</w:p>
        </w:tc>
      </w:tr>
      <w:tr>
        <w:trPr>
          <w:trHeight w:hRule="exact" w:val="466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git@188.166.228.62:nok/wms-app.git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git@github.com:thanakorninbox-dev/wms-app.git</w:t>
            </w:r>
          </w:p>
        </w:tc>
      </w:tr>
      <w:tr>
        <w:trPr>
          <w:trHeight w:hRule="exact" w:val="464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วันที่ส่งมอบ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 compose up -d --build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ตระบบงานที่ส่งมอบ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ระบบงาน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ารผู้ใช้งานและสิทธิ์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(Finance)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(Accounting)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ระบบรายงานและแดชบอร์ด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ระบบงาน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ระบบแจ้งเตือนและงานตาม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14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ฐาน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และสำรอง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ชุดติดตั้งระบบ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 Compose Stack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Report 45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ผ่านทั้งหมด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Validation Results 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ผ่านทั้งหมด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ารตรวจรับส่งมอบ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Acceptance Report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Accepted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User Document, Product Operation Guide, Maintenance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ารอ้างอิงเพิ่มเติม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อบทั้งหมดอยู่ในเอ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Components (WP 14)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สถาปัตย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รรมและ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แบบอยู่ในเอ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Design (WP 12)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Configuration Item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ุมเวอร์ชันอยู่ในเอ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Configuration (WP 8)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