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Test Report</w:t>
            </w:r>
          </w:p>
        </w:tc>
        <w:tc>
          <w:tcPr>
            <w:tcW w:type="dxa" w:w="2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32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25690814 V1.0 PaNg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ารทดสอบระบบ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 – 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Manager) 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บางชมภู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(Document Control)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Responsible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ุณปริญ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งาม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(QA/Tester)</w:t>
            </w:r>
          </w:p>
        </w:tc>
      </w:tr>
    </w:tbl>
    <w:p>
      <w:pPr>
        <w:autoSpaceDN w:val="0"/>
        <w:autoSpaceDE w:val="0"/>
        <w:widowControl/>
        <w:spacing w:line="266" w:lineRule="exact" w:before="432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วัตถุประสง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์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(Objective)</w:t>
      </w:r>
    </w:p>
    <w:p>
      <w:pPr>
        <w:autoSpaceDN w:val="0"/>
        <w:autoSpaceDE w:val="0"/>
        <w:widowControl/>
        <w:spacing w:line="300" w:lineRule="exact" w:before="132" w:after="0"/>
        <w:ind w:left="256" w:right="864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เพื่อยืนยันว่าระบบบริหารจัด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้าทำงานถู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ลุม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Customer Requirements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Software 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Requirements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ตามที่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ำหนดไว้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และดำเนิน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ารทดสอบตรงตามระยะเวลาใน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Project Plan</w:t>
      </w:r>
    </w:p>
    <w:p>
      <w:pPr>
        <w:autoSpaceDN w:val="0"/>
        <w:autoSpaceDE w:val="0"/>
        <w:widowControl/>
        <w:spacing w:line="268" w:lineRule="exact" w:before="396" w:after="154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อบเ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ต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ารทดสอบ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(Scope)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Topic</w:t>
            </w:r>
          </w:p>
        </w:tc>
        <w:tc>
          <w:tcPr>
            <w:tcW w:type="dxa" w:w="67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Detail</w:t>
            </w:r>
          </w:p>
        </w:tc>
      </w:tr>
      <w:tr>
        <w:trPr>
          <w:trHeight w:hRule="exact" w:val="46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Functional Test</w:t>
            </w:r>
          </w:p>
        </w:tc>
        <w:tc>
          <w:tcPr>
            <w:tcW w:type="dxa" w:w="67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้าสู่ระบบและสิทธิ์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ารเงิน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</w:t>
            </w:r>
          </w:p>
        </w:tc>
      </w:tr>
      <w:tr>
        <w:trPr>
          <w:trHeight w:hRule="exact" w:val="45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Non-Functional Test</w:t>
            </w:r>
          </w:p>
        </w:tc>
        <w:tc>
          <w:tcPr>
            <w:tcW w:type="dxa" w:w="67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ประสิทธิภาพ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วามปลอดภัย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/TLS/ก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้ารหัสรหัสผ่าน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),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ารสำรองและ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</w:p>
        </w:tc>
      </w:tr>
      <w:tr>
        <w:trPr>
          <w:trHeight w:hRule="exact" w:val="46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Environment</w:t>
            </w:r>
          </w:p>
        </w:tc>
        <w:tc>
          <w:tcPr>
            <w:tcW w:type="dxa" w:w="67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Internal Testing Server (PHP 8, MariaDB, Node.js)</w:t>
            </w:r>
          </w:p>
        </w:tc>
      </w:tr>
      <w:tr>
        <w:trPr>
          <w:trHeight w:hRule="exact" w:val="45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ช่วงเวลา</w:t>
            </w:r>
          </w:p>
        </w:tc>
        <w:tc>
          <w:tcPr>
            <w:tcW w:type="dxa" w:w="67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รอบทดสอบระบบ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 – 14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</w:t>
            </w:r>
          </w:p>
        </w:tc>
      </w:tr>
      <w:tr>
        <w:trPr>
          <w:trHeight w:hRule="exact" w:val="46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Baseline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ที่ใช้ทดสอบ</w:t>
            </w:r>
          </w:p>
        </w:tc>
        <w:tc>
          <w:tcPr>
            <w:tcW w:type="dxa" w:w="67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Repository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ที่ใ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ล้เ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ียงที่สุด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Commit 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dd48a8b</w:t>
            </w:r>
          </w:p>
        </w:tc>
      </w:tr>
    </w:tbl>
    <w:p>
      <w:pPr>
        <w:autoSpaceDN w:val="0"/>
        <w:autoSpaceDE w:val="0"/>
        <w:widowControl/>
        <w:spacing w:line="268" w:lineRule="exact" w:before="356" w:after="15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สรุปผล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ารทดสอบ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จำนวน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Test Case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ำหนดทั้งหมด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45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ดำเนิน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45</w:t>
            </w:r>
          </w:p>
        </w:tc>
      </w:tr>
      <w:tr>
        <w:trPr>
          <w:trHeight w:hRule="exact" w:val="464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(Passed)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45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(Failed)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</w:t>
            </w:r>
          </w:p>
        </w:tc>
      </w:tr>
      <w:tr>
        <w:trPr>
          <w:trHeight w:hRule="exact" w:val="466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(Blocked / Pending)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30" w:lineRule="exact" w:before="464" w:after="154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Verification Items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394"/>
        <w:gridCol w:w="1394"/>
        <w:gridCol w:w="1394"/>
        <w:gridCol w:w="1394"/>
        <w:gridCol w:w="1394"/>
        <w:gridCol w:w="1394"/>
        <w:gridCol w:w="1394"/>
      </w:tblGrid>
      <w:tr>
        <w:trPr>
          <w:trHeight w:hRule="exact" w:val="1232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Case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 Testing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Custo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mer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Req.</w:t>
            </w:r>
          </w:p>
          <w:p>
            <w:pPr>
              <w:autoSpaceDN w:val="0"/>
              <w:autoSpaceDE w:val="0"/>
              <w:widowControl/>
              <w:spacing w:line="180" w:lineRule="exact" w:before="7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Customer Req. Topic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Status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Date</w:t>
            </w:r>
          </w:p>
        </w:tc>
      </w:tr>
      <w:tr>
        <w:trPr>
          <w:trHeight w:hRule="exact" w:val="124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TC-UN01.001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Identity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Register &amp;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Onboarding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001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ารลงทะเบียนเจ้า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บริษัทและ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ารเชิญผู้ใช้งานเ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้าร่วม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(Onboarding)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TC-UN01.002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Identity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Login &amp; Role Guard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002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316" w:firstLine="0"/>
              <w:jc w:val="both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ระบบต้องยืนยันตัวตนผู้ใช้และบัง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สิทธิ์ตามบทบาท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Owner, Admin,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Staff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Viewer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TC-UN01.003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Identity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Password Recovery /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OTP / Session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003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ืนรหัสผ่าน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Session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ารยืนยัน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OTP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TC-UN01.004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Identity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User &amp; App-Access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Administration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004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ระบบต้องให้ผู้ดูแลจัด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SMTP,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ผู้ใช้งาน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้าถึงแอปพลิเ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TC-UN03.001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Master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Warehouse / Storage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 Bin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005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พื้นที่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ช่องจัดเ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หมวดสิน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ประเภทผู้ติดต่อ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และผู้ติดต่อ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TC-UN03.004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Master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Warehouse Layer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Configuration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006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ระบบต้องรองรับโ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รงสร้างตำแหน่งจัด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็บทั้งแบบ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ลังเดียวและแบบหลายชั้น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พื้นที่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7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TC-UN04.001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ICS – Stock-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007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08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ารรับสิน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(Stock-in)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จำนวน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สารอ้างอิง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ติดตาม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8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TC-UN04.002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ICS – Stock-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out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008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ารจ่ายสิน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(Stock-out)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โดยตรวจสอบสิทธิ์และ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ยอด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งเหลือ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่อนจ่าย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9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TC-UN04.003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ICS – Stock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Transfer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009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122" w:firstLine="0"/>
              <w:jc w:val="both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ระบบต้องโอนย้ายสิน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้าระหว่างตำแหน่ง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็บที่ได้รับอนุญาตโดยยอดต้นทาง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ปลายทางสมดุล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394"/>
        <w:gridCol w:w="1394"/>
        <w:gridCol w:w="1394"/>
        <w:gridCol w:w="1394"/>
        <w:gridCol w:w="1394"/>
        <w:gridCol w:w="1394"/>
        <w:gridCol w:w="1394"/>
      </w:tblGrid>
      <w:tr>
        <w:trPr>
          <w:trHeight w:hRule="exact" w:val="124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Case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 Testing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Custo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mer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Req.</w:t>
            </w:r>
          </w:p>
          <w:p>
            <w:pPr>
              <w:autoSpaceDN w:val="0"/>
              <w:autoSpaceDE w:val="0"/>
              <w:widowControl/>
              <w:spacing w:line="180" w:lineRule="exact" w:before="7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Customer Req. Topic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Status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Date</w:t>
            </w:r>
          </w:p>
        </w:tc>
      </w:tr>
      <w:tr>
        <w:trPr>
          <w:trHeight w:hRule="exact" w:val="1228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10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TC-UN04.004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ICS – Lot /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Serial / Expiry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010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ระบบต้องติดตาม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Lot, Serial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Number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และวันหมดอายุ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้าที่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11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TC-UN09.002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Reports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Stock Reports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011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50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ระบบต้องแสดงภาพรวมสต๊อ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ประวัติ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ลื่อนไหว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วามจุ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ารใช้พื้นที่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้าใ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ล้หมด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้าหมดอายุ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Lot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50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TC-UN04.005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ICS – Barcode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Label &amp; Scan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012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ระบบต้องพิมพ์บาร์โ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้ดสิน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(SKU)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และตำแหน่งจัดเ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นในหน้าจอที่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13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TC-UN05.001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Sales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Quotation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013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150" w:firstLine="0"/>
              <w:jc w:val="both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ระบบต้องสร้างและจัด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ารใบเสนอรา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ใบสั่ง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ใบแจ้งหนี้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และใบ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ลดหนี้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14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TC-UN06.001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Purchasing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Purchase Request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014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ระบบต้องสร้างและจัด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ใบสั่งซื้อ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ใบแจ้งหนี้ซื้อ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และใบ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้าผู้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50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15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TC-UN07.001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Finance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Receipt Billing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Receipt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015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ระบบต้องสร้างและจัด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ารใบวางบิลรับ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ใบเสร็จรับเงิน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ใบวางบิลจ่าย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และใบ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ัญจ่าย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16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TC-UN08.001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Accounting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Chart of Accounts /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Departments /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Formulas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016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ารผังบัญชี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แผน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สูตร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สมุดรายวัน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และบัญชีแย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ประเภท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17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TC-UN09.003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Reports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Financial Reports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017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ระบบต้องจัดทำรายงานงบทดลอง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ำไร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าดทุน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งบดุล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ภาษีมูล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่าเพิ่ม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สมุดรายวัน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ลื่อนไหว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GL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18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TC-UN10.001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Numbering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018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สารอัตโนมัติ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ุมสถานะ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วงจรชีวิต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19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TC-UN04.006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ICS – File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Attachment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019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ารแนบไฟล์ที่อนุญาต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394"/>
        <w:gridCol w:w="1394"/>
        <w:gridCol w:w="1394"/>
        <w:gridCol w:w="1394"/>
        <w:gridCol w:w="1394"/>
        <w:gridCol w:w="1394"/>
        <w:gridCol w:w="1394"/>
      </w:tblGrid>
      <w:tr>
        <w:trPr>
          <w:trHeight w:hRule="exact" w:val="124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Case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 Testing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Custo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mer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Req.</w:t>
            </w:r>
          </w:p>
          <w:p>
            <w:pPr>
              <w:autoSpaceDN w:val="0"/>
              <w:autoSpaceDE w:val="0"/>
              <w:widowControl/>
              <w:spacing w:line="180" w:lineRule="exact" w:before="7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Customer Req. Topic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Status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Date</w:t>
            </w:r>
          </w:p>
        </w:tc>
      </w:tr>
      <w:tr>
        <w:trPr>
          <w:trHeight w:hRule="exact" w:val="1228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20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TC-UN09.004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Reports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Filter / Print / Export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020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ระบบต้องให้ผู้ใช้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ดู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พิมพ์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และส่ง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รายงานปฏิบัติ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ารและรายงานผู้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บริหาร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21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TC-UN11.001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Node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Socket.IO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Notification Server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021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ระบบต้องแจ้งเตือนผู้ใช้ที่เ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้องเมื่อ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สถานะเอ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สารเปลี่ยนหรือมีเหตุ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ปฏิบัติ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50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TC-UN11.002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Node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Scheduler (ETL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Alerts)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022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ระบบต้องสรุปยอดสต๊อ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ก/GL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และแจ้ง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เตือนสิน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้าใ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ล้หมดและใบแจ้งหนี้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ชำระตาม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ำหนดเวลา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23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TC-UN10.003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Audit Fields &amp;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History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023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็บผู้สร้าง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ข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และประวัติราย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ารเพื่อ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ารตรวจสอบ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24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TC-UN12.001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Security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Tenant Scope Guard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024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้อมูลบริษัทและ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้าให้เฉพาะผู้ใช้ที่ได้รับอนุญาตใน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บริบทปัจจุบัน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50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TC-UN09.001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Reports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Dashboard &amp;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Aggregates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CR02: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001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ระบบต้องตอบสนองงานประจำวัน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เปิด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หน้าจอ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้นหา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สร้างเอ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ภายใน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เวลาที่ใช้งานได้จริงบนสภาพแวดล้อมที่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26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TC-UN09.001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Reports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Dashboard &amp;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Aggregates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CR02: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002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ระบบต้องมีตารางสรุปยอด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(Aggregate)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เพื่อให้แดชบอร์ดและ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รายงานแสดงผลได้โดยไม่ต้อง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ำนวณ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ใหม่ทุ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รั้ง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27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TC-UN09.001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Reports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Dashboard &amp;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Aggregates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CR02: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003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ระบบต้องรองรับปริมาณ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้อมูลและผู้ใช้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ันในระดับที่ต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ลงสำหรับสภาพ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แวดล้อมใช้งานจริง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28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TC-UN13.001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setup.php Schema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Installer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CR03: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001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ระบบต้องเชื่อมต่อฐาน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MySQL/MariaDB 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(wms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สำหรับผู้ใช้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wms2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สำหรับ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29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TC-UN01.002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Identity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Login &amp; Role Guard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CR03: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002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ระบบต้องใช้งานผ่าน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Web Browser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มาตรฐาน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(Chrome, Edge,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Firefox)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ได้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394"/>
        <w:gridCol w:w="1394"/>
        <w:gridCol w:w="1394"/>
        <w:gridCol w:w="1394"/>
        <w:gridCol w:w="1394"/>
        <w:gridCol w:w="1394"/>
        <w:gridCol w:w="1394"/>
      </w:tblGrid>
      <w:tr>
        <w:trPr>
          <w:trHeight w:hRule="exact" w:val="124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Case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 Testing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Custo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mer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Req.</w:t>
            </w:r>
          </w:p>
          <w:p>
            <w:pPr>
              <w:autoSpaceDN w:val="0"/>
              <w:autoSpaceDE w:val="0"/>
              <w:widowControl/>
              <w:spacing w:line="180" w:lineRule="exact" w:before="7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Customer Req. Topic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Status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Date</w:t>
            </w:r>
          </w:p>
        </w:tc>
      </w:tr>
      <w:tr>
        <w:trPr>
          <w:trHeight w:hRule="exact" w:val="1228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30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TC-UN11.001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Node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Socket.IO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Notification Server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CR03: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003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ระบบต้องส่งเหตุ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ารณ์ไปยังบริ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Node.js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Endpoint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ภายในที่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Secret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31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TC-UN11.001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Node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Socket.IO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Notification Server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CR03: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004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Browser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ต้องเชื่อมต่อ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Socket.IO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Endpoint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สาธารณะเพื่อรับ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ารแจ้ง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เตือนแบบ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Real-time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50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TC-UN02.002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Company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SMTP &amp; Mail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Dispatch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CR03: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005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ระบบต้องส่งอีเมล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Onboarding, 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ืนรหัสผ่าน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และแจ้งเตือนผ่าน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SMTP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่าต่อบริษัท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33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TC-UN01.002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Identity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Login &amp; Role Guard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CR04: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001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ระบบต้องพัฒนาบนสถาปัตย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รรม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Web-based Application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34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TC-UN13.001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setup.php Schema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Installer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CR04: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002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Relational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Database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และรั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Referential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Integrity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50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35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TC-UN01.002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Identity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Login &amp; Role Guard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CR04: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003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้าสู่ระบบด้วย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Username/Password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บทบาทผู้ใช้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36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TC-UN13.001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setup.php Schema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Installer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CR04: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004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ระบบต้องทำงานบน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PHP 8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ึ้นไป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MySQL/MariaDB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Node.js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37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TC-UN01.002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Identity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Login &amp; Role Guard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CR05: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001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UI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Responsive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ใช้งานได้ทั้ง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Desktop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และอุป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รณ์หน้า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(Tablet/Mobile)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38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TC-UN01.002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Identity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Login &amp; Role Guard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CR05: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002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เมนูและปุ่ม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ำสั่งต้องแสดงตามบทบาท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องผู้ใช้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39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TC-UN10.002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Lifecycle &amp; Status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CR05: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003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ระบบต้องแสดงผล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วามสำเร็จ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้อผิดพลาด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อย่างชัดเจน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394"/>
        <w:gridCol w:w="1394"/>
        <w:gridCol w:w="1394"/>
        <w:gridCol w:w="1394"/>
        <w:gridCol w:w="1394"/>
        <w:gridCol w:w="1394"/>
        <w:gridCol w:w="1394"/>
      </w:tblGrid>
      <w:tr>
        <w:trPr>
          <w:trHeight w:hRule="exact" w:val="124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Case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 Testing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Custo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mer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Req.</w:t>
            </w:r>
          </w:p>
          <w:p>
            <w:pPr>
              <w:autoSpaceDN w:val="0"/>
              <w:autoSpaceDE w:val="0"/>
              <w:widowControl/>
              <w:spacing w:line="180" w:lineRule="exact" w:before="7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Customer Req. Topic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Status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Date</w:t>
            </w:r>
          </w:p>
        </w:tc>
      </w:tr>
      <w:tr>
        <w:trPr>
          <w:trHeight w:hRule="exact" w:val="1228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40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TC-UN10.002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Lifecycle &amp; Status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CR05: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004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ั้นตอนยืนยัน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่อนลบ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เลิ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หรือทำราย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ารที่ย้อน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ลับไม่ได้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41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TC-UN04.005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ICS – Barcode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Label &amp; Scan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CR05: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005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ระบบต้องพิมพ์เอ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สารธุร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ิจและฉลา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บาร์โ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้ดในรูปแบบที่ใช้งานได้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50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TC-UN12.004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Security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TLS &amp; Secret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Configuration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CR06: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001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ารเชื่อมต่อในสภาพแวดล้อมใช้งาน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จริงต้องเ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้ารหัสด้วย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HTTPS/TLS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43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TC-UN13.003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Deploy – .env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Generator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CR06: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002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วามลับ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องระบบต้องไม่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Source Control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และไม่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้าถึงได้จา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เว็บสาธารณะ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44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TC-UN12.002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Security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Server-side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Validation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CR06: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003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ารทำงานฝั่งเซิร์ฟเวอร์ต้องตรวจสอบ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้อมูลนำเ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ยืนยันตัวตน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ตรวจสิทธิ์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50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45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TC-UN01.002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Identity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Login &amp; Role Guard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CR06: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004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้าถึงตาม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บทบาท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(Role-based Access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Control)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ทั้งใน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UI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และฝั่งเซิร์ฟเวอร์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46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TC-UN12.002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Security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Server-side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Validation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CR06: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005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ระบบต้องป้อง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SQL Injection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Cross-Site Scripting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47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TC-UN01.003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Identity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Password Recovery /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OTP / Session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CR06: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006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ระบบต้องบล็อ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้าสู่ระบบซ้ำซ้อน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(Concurrent Login)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องบัญชี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เดียว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48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TC-UN13.001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setup.php Schema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Installer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CR07: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001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ระบบต้องทำงานบน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Linux Server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รูปแบบติดตั้งเอง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(LAMP)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</w:t>
            </w:r>
          </w:p>
          <w:p>
            <w:pPr>
              <w:autoSpaceDN w:val="0"/>
              <w:autoSpaceDE w:val="0"/>
              <w:widowControl/>
              <w:spacing w:line="180" w:lineRule="exact" w:before="90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Docker Compose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49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TC-UN11.002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Node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Scheduler (ETL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Alerts)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CR07: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002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08" w:right="160" w:firstLine="0"/>
              <w:jc w:val="both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ระบบต้องใช้เ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ตเวลา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Asia/Bangkok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อย่างสม่ำเสมอทั้งแอปพลิเ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ชันและงาน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ำหนดเวลา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394"/>
        <w:gridCol w:w="1394"/>
        <w:gridCol w:w="1394"/>
        <w:gridCol w:w="1394"/>
        <w:gridCol w:w="1394"/>
        <w:gridCol w:w="1394"/>
        <w:gridCol w:w="1394"/>
      </w:tblGrid>
      <w:tr>
        <w:trPr>
          <w:trHeight w:hRule="exact" w:val="124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Case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 Testing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Custo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mer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Req.</w:t>
            </w:r>
          </w:p>
          <w:p>
            <w:pPr>
              <w:autoSpaceDN w:val="0"/>
              <w:autoSpaceDE w:val="0"/>
              <w:widowControl/>
              <w:spacing w:line="180" w:lineRule="exact" w:before="7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Customer Req. Topic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Status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Date</w:t>
            </w:r>
          </w:p>
        </w:tc>
      </w:tr>
      <w:tr>
        <w:trPr>
          <w:trHeight w:hRule="exact" w:val="1228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50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TC-UN01.002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Identity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Login &amp; Role Guard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CR07: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003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ระบบต้องใช้งานได้บนอุป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รณ์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Desktop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และอุป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รณ์พ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พาผ่าน</w:t>
            </w:r>
          </w:p>
          <w:p>
            <w:pPr>
              <w:autoSpaceDN w:val="0"/>
              <w:autoSpaceDE w:val="0"/>
              <w:widowControl/>
              <w:spacing w:line="180" w:lineRule="exact" w:before="76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Web Browser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51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TC-UN13.001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setup.php Schema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Installer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CR07: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004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้อมูลสาธิต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้อมูลใช้งานจริงได้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50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TC-UN13.004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Backup &amp; Restore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CR08: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001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ารสำรองฐาน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อัตโนมัติรายวัน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53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TC-UN13.004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Backup &amp; Restore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CR08: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002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ชุดสำรองได้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ั้นตอนที่จัดทำเป็นเอ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54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TC-UN11.002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Node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Scheduler (ETL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Alerts)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CR08: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003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ารเฝ้าระวังสถานะบริ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Web, Database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Node.js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พร้อมแจ้งเตือนเมื่อ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50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55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TC-UN12.001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Security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Tenant Scope Guard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CR08: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004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ระบบต้องรองรับหลายบริษัท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(Multi-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company)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และหลาย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้าภายใต้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56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TC-UN11.002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Node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Scheduler (ETL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Alerts)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CR08: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005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ำหนดเวลาต้องทำงานสำเร็จ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โดยไม่สร้างผลลัพธ์ซ้ำหรือเ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ินสิทธิ์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57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TC-UN13.001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setup.php Schema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Installer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CR09: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001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ซอฟต์แวร์ต้องมีโ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รงสร้างแบบโมดูล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(Manager Classes / API)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เพื่อให้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ได้โดยไม่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ระทบส่วนอื่น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58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TC-UN13.003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Deploy – .env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Generator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CR09: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002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ระบบต้องมีแม่แบบ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(Configuration Template)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ุมเวอร์ชันด้วย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Git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59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TC-UN13.004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Backup &amp; Restore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CR09: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003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ระบบต้องมีเอ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ู่มือ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ารบำรุงรั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และประวัติ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พร่องที่แ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แล้ว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394"/>
        <w:gridCol w:w="1394"/>
        <w:gridCol w:w="1394"/>
        <w:gridCol w:w="1394"/>
        <w:gridCol w:w="1394"/>
        <w:gridCol w:w="1394"/>
        <w:gridCol w:w="1394"/>
      </w:tblGrid>
      <w:tr>
        <w:trPr>
          <w:trHeight w:hRule="exact" w:val="124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Case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 Testing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Custo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mer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Req.</w:t>
            </w:r>
          </w:p>
          <w:p>
            <w:pPr>
              <w:autoSpaceDN w:val="0"/>
              <w:autoSpaceDE w:val="0"/>
              <w:widowControl/>
              <w:spacing w:line="180" w:lineRule="exact" w:before="7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Customer Req. Topic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Status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Date</w:t>
            </w:r>
          </w:p>
        </w:tc>
      </w:tr>
      <w:tr>
        <w:trPr>
          <w:trHeight w:hRule="exact" w:val="1228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60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TC-UN13.001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setup.php Schema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Installer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CR09: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004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รงสร้างฐาน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ต้องสะท้อนใน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setup.php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และตาราง</w:t>
            </w:r>
          </w:p>
          <w:p>
            <w:pPr>
              <w:autoSpaceDN w:val="0"/>
              <w:autoSpaceDE w:val="0"/>
              <w:widowControl/>
              <w:spacing w:line="180" w:lineRule="exact" w:before="76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schema_migrations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61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TC-UN13.001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setup.php Schema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Installer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CR10: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001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ระบบต้องติดตั้งฐาน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้อมูลได้ใน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ั้นตอน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เดียวผ่าน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setup.php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50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TC-UN13.002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466" w:firstLine="0"/>
              <w:jc w:val="both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Docker Compose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Stack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CR10: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002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ระบบต้องติดตั้งแบบ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Container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ได้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ำสั่ง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docker compose up -d</w:t>
            </w:r>
          </w:p>
          <w:p>
            <w:pPr>
              <w:autoSpaceDN w:val="0"/>
              <w:autoSpaceDE w:val="0"/>
              <w:widowControl/>
              <w:spacing w:line="180" w:lineRule="exact" w:before="90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--build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63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TC-UN13.003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Deploy – .env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Generator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CR10: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003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ระบบต้องมีส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ริปต์สร้างไฟล์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.env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วามลับอัตโนมัติ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(docker/init-</w:t>
            </w:r>
          </w:p>
          <w:p>
            <w:pPr>
              <w:autoSpaceDN w:val="0"/>
              <w:autoSpaceDE w:val="0"/>
              <w:widowControl/>
              <w:spacing w:line="180" w:lineRule="exact" w:before="76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env.sh)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64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TC-UN13.001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setup.php Schema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Installer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CR10: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004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ระบบต้องมีเอ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ั้นตอน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ารติดตั้ง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50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65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TC-UN01.002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Identity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Login &amp; Role Guard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001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ู่มือผู้ใช้งาน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(Software User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Document)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66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TC-UN13.001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setup.php Schema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Installer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002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ู่มือปฏิบัติงานสำหรับผู้ดูแล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(Product Operation Guide)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67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TC-UN01.002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Identity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Login &amp; Role Guard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003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ารอบรมผู้ใช้งาน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่อนเปิดใช้งาน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จริง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68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TC-UN13.004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Backup &amp; Restore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004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ต้องมีช่องทางสนับสนุนและระดับ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ารให้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(SLA)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หลังส่งมอบ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69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TC-UN13.001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setup.php Schema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Installer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CR12: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001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ระบบต้องพัฒนาด้วย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PHP, MariaDB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Node.js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ตามที่อง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รอนุมัติ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394"/>
        <w:gridCol w:w="1394"/>
        <w:gridCol w:w="1394"/>
        <w:gridCol w:w="1394"/>
        <w:gridCol w:w="1394"/>
        <w:gridCol w:w="1394"/>
        <w:gridCol w:w="1394"/>
      </w:tblGrid>
      <w:tr>
        <w:trPr>
          <w:trHeight w:hRule="exact" w:val="124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Case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 Testing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Custo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mer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Req.</w:t>
            </w:r>
          </w:p>
          <w:p>
            <w:pPr>
              <w:autoSpaceDN w:val="0"/>
              <w:autoSpaceDE w:val="0"/>
              <w:widowControl/>
              <w:spacing w:line="180" w:lineRule="exact" w:before="7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Customer Req. Topic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Status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Date</w:t>
            </w:r>
          </w:p>
        </w:tc>
      </w:tr>
      <w:tr>
        <w:trPr>
          <w:trHeight w:hRule="exact" w:val="1228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70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TC-UN13.001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setup.php Schema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Installer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CR12: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002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144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Source Code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Git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โดยมี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main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Baseline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71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TC-UN01.003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Identity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Password Recovery /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OTP / Session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CR12: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003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รหัสผ่านผู้ใช้ต้องเ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้ารหัสด้วย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bcrypt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และไม่เ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็บหรือบันทึ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ธรรมดา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50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72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TC-UN13.001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setup.php Schema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Installer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CR12: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004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ารต้องจัดทำ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Work Products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ตามมาตรฐาน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ISO/IEC 29110 Basic</w:t>
            </w:r>
          </w:p>
          <w:p>
            <w:pPr>
              <w:autoSpaceDN w:val="0"/>
              <w:autoSpaceDE w:val="0"/>
              <w:widowControl/>
              <w:spacing w:line="180" w:lineRule="exact" w:before="90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Profile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73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TC-UN08.002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Accounting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Journal &amp; GL Posting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CR13: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001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+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+ GL)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Transaction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เดียว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74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TC-UN04.002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ICS – Stock-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out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CR13: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002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ระบบต้องป้อง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ันยอดสต๊อ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ติดลบและ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ลื่อนไหวซ้ำซ้อน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50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75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TC-UN13.004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Backup &amp; Restore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CR13: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003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ารสำรองและ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(Backup &amp; Recovery)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Source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Code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76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TC-UN10.002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Lifecycle &amp; Status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CR13: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004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้อผิดพลาดโดยแสดง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้าใจได้แทน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Fatal Error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77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TC-UN01.002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Identity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Login &amp; Role Guard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CR14: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001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0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Test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Case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่อนส่งมอบ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78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TC-UN01.002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Identity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Login &amp; Role Guard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CR14: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002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344" w:firstLine="0"/>
              <w:jc w:val="both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ารต้องสอบ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ลับได้ถึง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แบบ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ส่วนประ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79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TC-UN01.002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Identity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Login &amp; Role Guard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CR14: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003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ารยอมรับ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(UAT)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โดยตัวแทนลู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้าบนสภาพ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แวดล้อมใช้งานจริง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394"/>
        <w:gridCol w:w="1394"/>
        <w:gridCol w:w="1394"/>
        <w:gridCol w:w="1394"/>
        <w:gridCol w:w="1394"/>
        <w:gridCol w:w="1394"/>
        <w:gridCol w:w="1394"/>
      </w:tblGrid>
      <w:tr>
        <w:trPr>
          <w:trHeight w:hRule="exact" w:val="124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Case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 Testing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Custo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mer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Req.</w:t>
            </w:r>
          </w:p>
          <w:p>
            <w:pPr>
              <w:autoSpaceDN w:val="0"/>
              <w:autoSpaceDE w:val="0"/>
              <w:widowControl/>
              <w:spacing w:line="180" w:lineRule="exact" w:before="7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Customer Req. Topic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Status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Date</w:t>
            </w:r>
          </w:p>
        </w:tc>
      </w:tr>
      <w:tr>
        <w:trPr>
          <w:trHeight w:hRule="exact" w:val="1228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80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TC-UN12.001</w:t>
            </w:r>
          </w:p>
        </w:tc>
        <w:tc>
          <w:tcPr>
            <w:tcW w:type="dxa" w:w="19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Security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Tenant Scope Guard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CR14: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004</w:t>
            </w:r>
          </w:p>
        </w:tc>
        <w:tc>
          <w:tcPr>
            <w:tcW w:type="dxa" w:w="2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ต้องไม่มี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พร่องระดับวิ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ฤต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้างอยู่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ในด้าน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วามปลอดภัย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บัญชี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</w:tbl>
    <w:p>
      <w:pPr>
        <w:autoSpaceDN w:val="0"/>
        <w:autoSpaceDE w:val="0"/>
        <w:widowControl/>
        <w:spacing w:line="230" w:lineRule="exact" w:before="410" w:after="156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Summary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Topic</w:t>
            </w:r>
          </w:p>
        </w:tc>
        <w:tc>
          <w:tcPr>
            <w:tcW w:type="dxa" w:w="7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Detail</w:t>
            </w:r>
          </w:p>
        </w:tc>
      </w:tr>
      <w:tr>
        <w:trPr>
          <w:trHeight w:hRule="exact" w:val="46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Case</w:t>
            </w:r>
          </w:p>
        </w:tc>
        <w:tc>
          <w:tcPr>
            <w:tcW w:type="dxa" w:w="7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Customer Requirements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ผ่านทั้งหมด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45 Test Case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ิดเป็น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100%</w:t>
            </w:r>
          </w:p>
        </w:tc>
      </w:tr>
      <w:tr>
        <w:trPr>
          <w:trHeight w:hRule="exact" w:val="45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Pending</w:t>
            </w:r>
          </w:p>
        </w:tc>
        <w:tc>
          <w:tcPr>
            <w:tcW w:type="dxa" w:w="7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ไม่พบ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้อผิดพลาด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(Fail)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(Pending)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ในรอบ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ารทดสอบนี้</w:t>
            </w:r>
          </w:p>
        </w:tc>
      </w:tr>
      <w:tr>
        <w:trPr>
          <w:trHeight w:hRule="exact" w:val="72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Conclusion</w:t>
            </w:r>
          </w:p>
        </w:tc>
        <w:tc>
          <w:tcPr>
            <w:tcW w:type="dxa" w:w="7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ารทดสอบสรุปได้ว่าระบบพร้อมสำหรับ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UAT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ารส่งมอบ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เนื่องจา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100%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เป็นไปตาม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Project Plan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หลั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ฐานประ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อบทางอ้อม</w:t>
      </w:r>
    </w:p>
    <w:p>
      <w:pPr>
        <w:autoSpaceDN w:val="0"/>
        <w:autoSpaceDE w:val="0"/>
        <w:widowControl/>
        <w:spacing w:line="300" w:lineRule="exact" w:before="130" w:after="0"/>
        <w:ind w:left="256" w:right="432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Correction Register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ารแ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้ไ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พร่องที่พบระหว่างพัฒนา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28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ซึ่งได้รับ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ารแ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้ไ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และตรวจสอบผล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ด้วย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Test Case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ที่เ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ี่ยว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รบทุ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</w:p>
    <w:p>
      <w:pPr>
        <w:autoSpaceDN w:val="0"/>
        <w:autoSpaceDE w:val="0"/>
        <w:widowControl/>
        <w:spacing w:line="256" w:lineRule="exact" w:before="332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ุณปริญ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QA/Tester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System Analyst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42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TeR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est-repor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