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00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Test Case and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Procedures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0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25690731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สารแสดงตัวอย่างชุด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้อมูลที่ใช้ทดสอบ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Test Case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ที่ใช้ตรวจสอบ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 &amp; Validation)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และยืนยันว่าฟัง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์ชันที่พัฒนา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ต้องตรงตาม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Customer Requirements (CR)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Requirements (SR)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สภาพแวดล้อม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</w:t>
            </w:r>
          </w:p>
        </w:tc>
        <w:tc>
          <w:tcPr>
            <w:tcW w:type="dxa" w:w="3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Case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Internal Testing Server (PHP 8, MariaDB,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Node.js)</w:t>
            </w:r>
          </w:p>
        </w:tc>
        <w:tc>
          <w:tcPr>
            <w:tcW w:type="dxa" w:w="3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(UAT)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3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ารทดสอบระบบดำเนิน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Internal Testing Server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จึงสามารถทดสอบ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รณีที่มี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วามเสี่ยงสูง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เช่น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ารจำลอง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วามล้มเหลวและ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Rollback (TC-UN08.002)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ได้โดยไม่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สถานะ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ียง</w:t>
      </w:r>
    </w:p>
    <w:p>
      <w:pPr>
        <w:autoSpaceDN w:val="0"/>
        <w:autoSpaceDE w:val="0"/>
        <w:widowControl/>
        <w:spacing w:line="246" w:lineRule="exact" w:before="70" w:after="441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ที่สุด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สิ้นสุดรอบทดสอบ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Commit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dd48a8b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ตาราง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Test Case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72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144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Register &amp;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Onboarding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ลงทะเบียนเจ้า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บริษัทใหม่</w:t>
            </w:r>
            <w:r>
              <w:rPr>
                <w:w w:val="103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ยืนยัน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</w:t>
            </w:r>
            <w:r>
              <w:rPr>
                <w:w w:val="103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เชิญผู้ใช้</w:t>
            </w:r>
            <w:r>
              <w:rPr>
                <w:w w:val="103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ดลิง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์เชิญ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สร้างบริษัท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เจ้า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องสำเร็จ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เชิญเ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้าบริษัท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ต้องส่ง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อีเมลได้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จริง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7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UN01.002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Login &amp; Role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Guard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้าสู่ระบบด้วยบัญชี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Owner/Admin/Staff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/Viewer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แล้วเรีย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หน้าและ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Action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ที่ไม่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ได้รับสิทธิ์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แต่ละบทบาทเ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้าถึง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ได้เฉพาะหน้าจอ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ำสั่งที่อนุญาต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สั่งที่ไม่ได้รับสิทธิ์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ปฏิเสธฝั่ง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เซิร์ฟเวอร์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ต้องมี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บทบาท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UN01.003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Password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Recovery /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OTP / Session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อรีเซ็ตรหัสผ่าน</w:t>
            </w:r>
            <w:r>
              <w:rPr>
                <w:w w:val="103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OTP </w:t>
            </w:r>
            <w:r>
              <w:rPr>
                <w:w w:val="103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ตั้งรหัส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ใหม่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้าสู่ระบบบัญชี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เดิมจา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2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อุป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รณ์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รีเซ็ตสำเร็จโดยไม่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เปิดเผยรหัสผ่าน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เดิม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Session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สองถู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UN01.004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User &amp; App-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Access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Administratio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Admin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เพิ่มผู้ใช้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เปลี่ยนบทบาท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และปิด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สิทธิ์แอปพลิเ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ชัน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Staff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ลองทำราย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เดียว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ารเปลี่ยนแปลง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Admin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Staff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TC-UN02.001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UN02.001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Company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Profile &amp;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System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Settings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้อมูลบริษัทและ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่าตั้ง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่าระบบ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196" w:firstLine="0"/>
              <w:jc w:val="both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่าใหม่ถู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และมีผล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ับบริษัท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นั้นเท่านั้น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TC-UN02.002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UN02.002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Company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&amp; Mail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Dispatch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SMTP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แล้วส่ง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อีเมลทดสอบ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ำเชิญ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ส่งผ่าน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SMTP 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องบริษัท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และได้รับที่ปลาย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0" w:right="288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ต้องมี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</w:t>
            </w:r>
          </w:p>
          <w:p>
            <w:pPr>
              <w:autoSpaceDN w:val="0"/>
              <w:autoSpaceDE w:val="0"/>
              <w:widowControl/>
              <w:spacing w:line="208" w:lineRule="exact" w:before="4" w:after="0"/>
              <w:ind w:left="0" w:right="144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SMTP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UN02.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Warehouse /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Storage / Bin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ปิดใช้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พื้นที่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และช่อง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็บ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 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วามจุ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้อมูลผิด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ปฏิเสธพร้อม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UN03.002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Product &amp;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Category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เพิ่มหมวดสิน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้าพร้อมหน่วยนับ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้าแสดงใน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ารและเลือ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ใช้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ในราย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ารสต๊อ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UN03.003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Contact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เพิ่มประเภทผู้ติดต่อ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และผู้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ผู้ติดต่อเลือ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ใช้ใน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UN03.004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Warehouse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Layer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Configuration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ตั้งบริษัท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เป็น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ชั้นเดียว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B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เป็น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พื้นที่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ช่อง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แล้วรับ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ทั้งสองบริษัททำ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ารได้ถู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ตามโ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รงสร้าง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2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UN04.001 ICS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– Stock-in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ระบุสิน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จำนวน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ตำแหน่ง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สารอ้างอิง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 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จำนวนติดลบ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ลื่อนไหวและยอด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งเหลือถู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จำนวนติดลบถู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UN04.002 ICS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– Stock-out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88" w:firstLine="0"/>
              <w:jc w:val="both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จ่ายสิน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้าออ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ภายใน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งเหลือ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และจ่าย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ินยอด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ยอดลดลงถู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ารจ่ายเ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ินยอด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UN04.003 ICS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Stock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Transfer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88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โอนย้ายระหว่าง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2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ตำแหน่งที่ได้รับ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อนุญาต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ต้นทางลด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ปลาย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ทางเพิ่ม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เป็น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ารโอนเดียว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และสอบ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ลับได้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UN04.004 ICS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Lot / Serial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 Expiry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้าพร้อม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Lot,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Serial Number,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วัน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หมดอายุ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แล้วเปิด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รายงาน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Lot/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หมดอายุ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74" w:firstLine="0"/>
              <w:jc w:val="both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้อมูลติดตาม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งอยู่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และแสดงในรายงาน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ี่ยว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TC-UN04.005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UN04.005 ICS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Barcode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Label &amp; Scan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พิมพ์ฉลา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SKU/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ตำแหน่ง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แล้วสแ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หรือป้อน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)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ในหน้า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จอรับเ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ฉลา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มีรหัสที่ใช้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งานได้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่าที่สแ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ยอมรับ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Server,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รื่องสแ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นหรือจำลอง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รื่องพิม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พ์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ถ้ามี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)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TC-UN04.006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UN04.006 ICS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File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Attachment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แนบไฟล์ที่อนุญาตและ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ไฟล์ที่ไม่อนุญาต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ผู้ใช้บริษัทอื่น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ดู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ไฟล์ที่อนุญาตอัป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โหลด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ดูได้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เฉพาะผู้มีสิทธิ์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ไฟล์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ที่ไม่อนุญาตถู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เตรียมไฟล์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ตัวอย่าง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288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UN05.001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Sales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Quotation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สร้างใบเสนอรา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าให้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้าและแปลงเป็น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พร้อมอ้างอิงใบเสนอ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UN05.002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Sales – Sales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Order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88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ยืนยันใบสั่ง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ตรวจสต๊อ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สถานะเปลี่ยนตามที่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อนุญาตและตัด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001,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UN05.003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Sales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Invoice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ใบแจ้งหนี้ได้เล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สารและบันทึ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GL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UN05.004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Sales – Return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 Credit Note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้าและออ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ลดหนี้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08" w:firstLine="0"/>
              <w:jc w:val="both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ลับและ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บัญชีปรับตามใบลด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หนี้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Purchase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Request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สร้างและอนุมัติใบ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อซื้ออยู่ใน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สถานะอนุมัติ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UN06.002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Purchase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Order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แปลงใบ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อซื้อเป็นใบสั่ง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ใบสั่งซื้อถู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พร้อมอ้างอิงใบ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UN06.003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Purchase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Invoice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ใบแจ้งหนี้ซื้อและ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GL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UN06.004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Supplier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Return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้าให้ผู้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ลดและบัญชี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ปรับตามใบ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TC-UN07.001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UN07.001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Finance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Receipt Billing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&amp; Receipt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วางบิลรับและบันทึ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เสร็จรับเงิน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ับใบแจ้ง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หนี้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้างชำระลดลง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สารเชื่อมโยง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ันและมีประวัติ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TC-UN07.002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UN07.002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Finance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Payment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Billing &amp;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Payment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88" w:firstLine="0"/>
              <w:jc w:val="both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วางบิลจ่ายและบันทึ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ัญจ่าย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ับใบแจ้งหนี้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้างจ่ายลดลง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สารเชื่อมโยง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ันและมีประวัติ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TC-UN08.001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UN08.001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Accounting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Chart of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Accounts /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Departments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 Formulas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เพิ่มผังบัญชี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แผน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และสูตรบัญชี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รงสร้างบัญชีถู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และใช้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ารผ่านราย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004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TC-UN08.002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UN08.002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Accounting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Journal &amp; GL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Posting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สมุดรายวันแบบ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สมดุลและแบบไม่สมดุล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จำลอง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วามล้มเหลว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ระหว่างผ่านราย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ารสมดุลถู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ผ่าน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GL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ารไม่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วามล้มเหลวถู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Rollback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ทั้งชุด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จำลอง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วามล้ม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เหลวบน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Testing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Server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UN08.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Dashboard &amp;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Aggregates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เปิดแดชบอร์ด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้าและบัญชีหลังรัน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งานสรุปยอด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ตัวเล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ตารางสรุปยอดและ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แสดงผลภายใน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เวลาที่ใช้งานได้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80" w:firstLine="0"/>
              <w:jc w:val="both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UN09.002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Stock Reports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เปิดรายงานภาพรวม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ลื่อนไหว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วามจุ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ล้หมด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หมดอายุ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Lot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พร้อมตัว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รายงานแสดง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ที่ได้รับสิทธิ์ตามตัว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UN04.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004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UN09.003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Financial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เปิดงบทดลอง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ำไร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าดทุน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งบดุล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VAT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สมุดรายวัน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ลื่อนไหว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GL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ยอดรวมสอด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ล้อง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ันในงวดที่เลือ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UN08.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UN09.004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Filter / Print /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Export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ดู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พิมพ์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และส่ง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รายงาน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288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ผลลัพธ์ตรง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ตและตัว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รองที่เลือ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UN09.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TC-UN10.001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UN10.001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Document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Numbering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ุม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หลายฉบับติดต่อ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64" w:firstLine="0"/>
              <w:jc w:val="both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สารเรียง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ตามลำดับที่ตั้ง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ไม่ซ้ำ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TC-UN10.002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UN10.002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Document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Lifecycle &amp;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พยายามเปลี่ยนสถานะ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ั้น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ลบ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ุม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ารเปลี่ยนสถานะที่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ปฏิเสธพร้อม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ารลบ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ต้องยืนยัน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่อน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UN10.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TC-UN10.003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UN10.003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Document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Audit Fields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&amp; History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สร้างแล้วแ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แล้วเปิดดูประวัติ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ผู้สร้าง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ข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วัน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และสถานะถู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TC-UN11.001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UN11.001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Node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Socket.IO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Notification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Server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เปลี่ยนสถานะเอ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สารที่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ต้องแจ้งเตือน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Endpoint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แจ้งเตือน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โดยไม่มี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Secret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ผู้ใช้ที่เ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ี่ยว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้องได้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รับแจ้งเตือน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Real-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time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เท่านั้น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โดยไม่มี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Secret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Node.js + pm2,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Node.js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ทำงานอยู่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TC-UN11.002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UN11.002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Node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Scheduler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(ETL &amp; Alerts)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รันงานสรุปยอด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ก/GL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และแจ้ง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เตือนสิน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ล้หมด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้างชำระ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ตรวจเวลาบันทึ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เทียบ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Asia/Bangkok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งานเสร็จโดยไม่ซ้ำ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ผลลัพธ์อยู่ใน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ตสิทธิ์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เวลา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ต้องตามเ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เวลา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Node.js + pm2,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Schedule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อยู่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001,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UN07.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UN12.001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Security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Tenant Scope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Guard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ผู้ใช้บริษัท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B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ลังที่ไม่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ได้รับสิทธิ์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ทั้งผ่าน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UI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URL/ API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โดยตรง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ปฏิเสธทุ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ช่อง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ไม่มี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้อมูลรั่ว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ไหลหรือถู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2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002,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UN12.002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Security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Server-side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Validation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ส่ง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้อมูลนำเ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้าที่มี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SQL/Script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่าที่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ต้องไปยัง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Action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ฝั่งเซิร์ฟเวอร์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ปฏิเสธหรือ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Escape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โดยไม่มี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้อมูลเปลี่ยนแปลง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Script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Server,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รื่องมือทดสอบ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API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UN12.003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Security –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Operation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Lock &amp;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Usage Guard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24" w:firstLine="0"/>
              <w:jc w:val="both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ผ่านราย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ารในงวดที่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ล็อ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ก;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วตาบริษัท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UN08.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UN12.004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Security – TLS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&amp; Secret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Configuration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Repository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และสภาพแวดล้อมที่ติด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ตั้งว่ามี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วามลับหรือไฟล์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่าเปิดเผยหรือไม่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ผ่าน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HTTPS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ไม่พบ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วามลับใน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Git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้าถึงได้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เว็บ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ารเชื่อม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ต่อผ่าน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TLS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Repository, Deployed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UN13.001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Deploy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setup.php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Schema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Installer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ติดตั้งบนเ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รื่องใหม่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ด้วย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setup.php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ฐาน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้อมูลและ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ตาราง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รบตาม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SR08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Schema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ด้วยมือ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Fresh Linux Server, PHP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8, MariaDB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ต้องใช้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รื่องว่าง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UN13.002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Deploy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Docker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Compose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Stack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docker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compose up -d --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build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Container php-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apache,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mariadb, node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ทำงานและเ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้าใช้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ระบบได้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Docker Host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UN13.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UN13.003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Deploy – .env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Generator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288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docker/init-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env.sh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โดยเว้น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วามลับว่าง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.env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สร้างพร้อม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วามลับสุ่ม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และไม่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Git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ติดตาม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Docker Host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UN13.004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Deploy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Backup &amp;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Restore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สำรองฐาน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สู่สภาพแวดล้อม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Clone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Backup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Remote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้อมูลและ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Source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Code 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ืนได้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ั้นตอนใน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ู่มือ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Testing Server, Backup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Remote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Product 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Operatio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 Guide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Detail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Pending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(Pending)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ารทดสอบนี้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Conclusion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ารทดสอบสรุปได้ว่าระบบพร้อมสำหรับ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เนื่องจา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เป็นไปตาม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Plan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Test-Case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case-and-test-procedu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