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สารแสดงส่วนประ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ๆ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องโปรแ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รมแต่ละเวอร์ชัน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(Compiled Program,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(PHP)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ทั้งหมด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(Node.js)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0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288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wms2.sql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Package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apache, mariadb, node/pm2)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Template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08" w:right="576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docker/init-env.sh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Demo Data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้อมูลสาธิตสำหรับตรวจรับ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0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demo_seed*.php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Package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</w:t>
            </w:r>
          </w:p>
        </w:tc>
        <w:tc>
          <w:tcPr>
            <w:tcW w:type="dxa" w:w="2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08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Tag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</w:t>
            </w:r>
            <w:r>
              <w:br/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v1.0-final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Software Unit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 Register &amp; Onboarding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 Login &amp; Role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Password Recovery / OTP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Session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15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User &amp; App-Access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 Profile &amp; System Settings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 SMTP &amp; Mail Dispatch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Warehouse / Storage / Bin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Product &amp; Category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Contact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Warehouse Layer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Stock-in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Stock-out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 Transfer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Lot / Serial / Expiry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Barcode Label &amp; Scan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File Attachment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Quotation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Sales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Return / Credit Note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Request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Order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Purchase Invoice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 Supplier Return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 Receipt Billing &amp; Receipt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 Payment Billing &amp; Payment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Accounting – Chart of Accounts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Departments / Formulas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 Journal &amp; GL Posting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Dashboard &amp; Aggregates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Stock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Financial Reports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 Filter / Print / Export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Numbering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Lifecycle &amp; Status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 Audit Fields &amp; History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 Socket.IO Notification Server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 Scheduler (ETL &amp; Alerts)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Tenant Scope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Server-side Validation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Operation Lock &amp; Usage Guard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TLS &amp; Secret Configuration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setup.php Schema Installer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Docker Compose Stack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.env Generator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(Deployment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 Backup &amp; Restore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สรุปจำนวนส่วนประ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ารที่ทำงานเบื้องหลัง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อบทั้งหมด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องระบบที่ส่งมอบ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สำรองไปยัง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Remote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git@github.com:thanakorninbox-dev/wms-app.git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ตามที่ระบุใน</w:t>
      </w:r>
    </w:p>
    <w:p>
      <w:pPr>
        <w:autoSpaceDN w:val="0"/>
        <w:autoSpaceDE w:val="0"/>
        <w:widowControl/>
        <w:spacing w:line="210" w:lineRule="exact" w:before="104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ารเพิ่มหรือแ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