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้าที่ได้รับอนุมัติแล้วให้เป็น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ารเชิงเท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ลุมมาตรฐาน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วามสัมพันธ์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เพื่อใช้เป็นเอ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สารอ้างอิงหลั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124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Standards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of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202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สารให้สอด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Profile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และแนวปฏิบัติ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โนโลยี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(Socket.IO, 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</w:tr>
      <w:tr>
        <w:trPr>
          <w:trHeight w:hRule="exact" w:val="177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(setup.php)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 (php-apache, mariadb, node/pm2)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(PASSWORD_BCRYPT)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(app/config.php, .env)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Structure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Considerat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ions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แบบหลายหน้า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(Multi-page PHP)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ส่วนติดต่อผู้ใช้ต้องเป็น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/ Tablet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Mobile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ะทางธุร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ิจต้องจัดเป็น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Controller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ในหน้าเพจ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เหนือ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Elements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Onboarding,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Owner/Admin/Staff/Viewer,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(app/login/,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UserManager, PasswordManager, PasswordResetManager)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CompanyProfileManager, CompanySettingManager, SmtpManager)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(app/inventory/, app/contact/, WarehouseManager,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ProductManager, ContactManager)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</w:tr>
      <w:tr>
        <w:trPr>
          <w:trHeight w:hRule="exact" w:val="122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Lot/Serial/Expiry,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(app/ics/, StockManager, StockSourceManager,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BarcodeManager, FileUploader)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</w:tr>
      <w:tr>
        <w:trPr>
          <w:trHeight w:hRule="exact" w:val="99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(app/order/,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QuotationManager, OrderManager, InvoiceManager,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(app/po/,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PurchaseRequestManager, PurchaseOrderManager,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(app/finance/,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ReceiptBillingManager, ReceiptManager, PaymentBillingManager,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(app/accounting/, app/journal/, PostingManager)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(app/reports/, app/dashboard/, app/ac_dashboard/,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ReportManager, EtlStockManager)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(DocumentNumberManager, BatchActionManager)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Elements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Relationshi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ารยืนยันตัวตนและ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ไม่ทำซ้ำตรร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70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โมดูลรายงานต้องอ่าน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โมดูลที่สร้างเอ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สารเพื่อออ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Performan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ต้องเสร็จภายในเวลาที่ใช้งานได้จริง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ยอดสรุปสต๊อ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ก/GL/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ำนวณล่วงหน้าตาม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(etl_stock_summary, etl_gl_summary)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Health Check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และแจ้งเตือนผู้ดูแลเมื่อล้มเหลวติดต่อ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wms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Chrome, Edge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Firefox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Mobile/Tablet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(NODE_EMIT_URL + NODE_EMIT_SECRET)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และส่งอีเมลผ่าน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(NODE_PUBLIC_URL)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ที่ใช้งานอยู่เพียงหนึ่งต่อบัญชี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Concurrent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ทั้งด้านรับ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RBAC (Owner/Admin/Staff/Viewer)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ับใช้ที่ฝั่งเซิร์ฟเวอร์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ไม่ใช่เพียง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ารซ่อนเมนู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wms: user, company_list, company_map_user,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(wms2): md_warehouse, md_storage, md_bin,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md_product, md_product_category, md_contact, md_contact_type,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md_account, md_account_formula, md_account_formula_item,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md_department, md_barcode, md_sku_barcode_label, md_lot,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md_lock_operation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177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68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(td_*): td_stock, td_order/_item, td_quotation/_item,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td_invoice/_item, td_return/_item, td_purchase_request/_item,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td_purchase_order/_item, td_supplier_return/_item, td_receipt/_item,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td_receipt_billing/_item, td_payment/_item,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td_payment_billing/_item, td_gl/td_gl_item, td_batch_action,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etl_stock_summary, etl_gl_summary,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document_number_sequences, document_types,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ตารางทั้งหมดต้องสร้างซ้ำได้ในสภาพแวดล้อมใหม่ผ่าน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ด้วยมือ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Handling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Attributes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Void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Confirm Dialog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้อผิดพลาดต้องแสดง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ันยอดติดลบ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ซ้ำ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864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Remark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แสดงรหัส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ที่เป็นที่มา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ซอฟต์แวร์แต่ละราย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ารซอฟต์แวร์ที่ไม่มีที่มาจา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่อนถือเป็น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