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Repository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พื้นที่เ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ฐานทุ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อย่าง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Repository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 Server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(origin)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</w:tr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Tag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SSH Key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องสมาชิ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รงสร้าง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ส่วนงาน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เนื้อหา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Code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และงานสรุปยอด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demo_seed*.php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้อมูลตัวอย่างสำหรับตรวจรับและสาธิต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SI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ส่วนงาน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เนื้อหา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4" w:after="0"/>
              <w:ind w:left="114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sdlc-delivery/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ริปต์สนับสนุนโ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scripts/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ริปต์สร้างและตรวจสอบชุดเอ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้าถึงและ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็บ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18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สมาชิ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Server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องบทบาท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Project Manager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System Analyst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มีสิทธิ์อนุมัติ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Merge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้าสู่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Branch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ไฟล์ที่เ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ารทั้งหมดต้องจัดเ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นี้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องสภาพแวดล้อมต้องไม่ถู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นำเ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</w:p>
        </w:tc>
        <w:tc>
          <w:tcPr>
            <w:tcW w:type="dxa" w:w="4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4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Git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ตามสิทธิ์ที่ได้รับ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</w:p>
        </w:tc>
        <w:tc>
          <w:tcPr>
            <w:tcW w:type="dxa" w:w="4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ุมแล้ว</w:t>
            </w:r>
          </w:p>
        </w:tc>
        <w:tc>
          <w:tcPr>
            <w:tcW w:type="dxa" w:w="4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</w:tbl>
    <w:p>
      <w:pPr>
        <w:autoSpaceDN w:val="0"/>
        <w:autoSpaceDE w:val="0"/>
        <w:widowControl/>
        <w:spacing w:line="258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