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Document No</w:t>
            </w:r>
          </w:p>
        </w:tc>
        <w:tc>
          <w:tcPr>
            <w:tcW w:type="dxa" w:w="27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Software Configuration</w:t>
            </w:r>
          </w:p>
        </w:tc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Release, Version, By:</w:t>
            </w:r>
          </w:p>
        </w:tc>
        <w:tc>
          <w:tcPr>
            <w:tcW w:type="dxa" w:w="24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7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25690817 V1.0 ThS</w:t>
            </w:r>
          </w:p>
        </w:tc>
      </w:tr>
      <w:tr>
        <w:trPr>
          <w:trHeight w:hRule="exact" w:val="852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ารพัฒนาระบบบริหารจัด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(BRN WMS)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บริษัท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อาร์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เอ็น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เอ็นเตอร์ไพรส์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จำ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ัด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ำหนด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่าและ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วามเปลี่ยนแปลงต่าง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ๆ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ที่เ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ิด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ึ้น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องระบบ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ระยะเวลา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5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2569 – 24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2569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ุณอภิรัชช์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สุภัทรประทีป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(Project Manager)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ุณเยาวลั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ษณ์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บางชมภู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(Document Control)</w:t>
            </w:r>
          </w:p>
        </w:tc>
      </w:tr>
    </w:tbl>
    <w:p>
      <w:pPr>
        <w:autoSpaceDN w:val="0"/>
        <w:autoSpaceDE w:val="0"/>
        <w:widowControl/>
        <w:spacing w:line="268" w:lineRule="exact" w:before="418" w:after="156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ราย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ารสิ่งส่งมอบ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(Work Products)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66"/>
        </w:trPr>
        <w:tc>
          <w:tcPr>
            <w:tcW w:type="dxa" w:w="2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No.</w:t>
            </w:r>
          </w:p>
        </w:tc>
        <w:tc>
          <w:tcPr>
            <w:tcW w:type="dxa" w:w="52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Work Product</w:t>
            </w:r>
          </w:p>
        </w:tc>
        <w:tc>
          <w:tcPr>
            <w:tcW w:type="dxa" w:w="8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Version</w:t>
            </w:r>
          </w:p>
        </w:tc>
      </w:tr>
      <w:tr>
        <w:trPr>
          <w:trHeight w:hRule="exact" w:val="450"/>
        </w:trPr>
        <w:tc>
          <w:tcPr>
            <w:tcW w:type="dxa" w:w="2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สารส่งมอบ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รั้งที่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1 (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วางแผนโ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)</w:t>
            </w:r>
          </w:p>
        </w:tc>
        <w:tc>
          <w:tcPr>
            <w:tcW w:type="dxa" w:w="52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8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2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1.0</w:t>
            </w:r>
          </w:p>
        </w:tc>
        <w:tc>
          <w:tcPr>
            <w:tcW w:type="dxa" w:w="52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0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200-WMS-26-001-00 Software Project Plan (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พร้อม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Work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Schedule)</w:t>
            </w:r>
          </w:p>
        </w:tc>
        <w:tc>
          <w:tcPr>
            <w:tcW w:type="dxa" w:w="8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1.0</w:t>
            </w:r>
          </w:p>
        </w:tc>
      </w:tr>
      <w:tr>
        <w:trPr>
          <w:trHeight w:hRule="exact" w:val="464"/>
        </w:trPr>
        <w:tc>
          <w:tcPr>
            <w:tcW w:type="dxa" w:w="2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2.0</w:t>
            </w:r>
          </w:p>
        </w:tc>
        <w:tc>
          <w:tcPr>
            <w:tcW w:type="dxa" w:w="52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200-WMS-26-001-00 Customer Requirements</w:t>
            </w:r>
          </w:p>
        </w:tc>
        <w:tc>
          <w:tcPr>
            <w:tcW w:type="dxa" w:w="8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1.0</w:t>
            </w:r>
          </w:p>
        </w:tc>
      </w:tr>
      <w:tr>
        <w:trPr>
          <w:trHeight w:hRule="exact" w:val="706"/>
        </w:trPr>
        <w:tc>
          <w:tcPr>
            <w:tcW w:type="dxa" w:w="2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288" w:right="288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สารส่งมอบ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รั้งที่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 (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พัฒนาและ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ทดสอบ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)</w:t>
            </w:r>
          </w:p>
        </w:tc>
        <w:tc>
          <w:tcPr>
            <w:tcW w:type="dxa" w:w="52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8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2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3.0</w:t>
            </w:r>
          </w:p>
        </w:tc>
        <w:tc>
          <w:tcPr>
            <w:tcW w:type="dxa" w:w="52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0" w:after="0"/>
              <w:ind w:left="110" w:right="100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200-WMS-26-001-00 Software Requirements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Specification</w:t>
            </w:r>
          </w:p>
        </w:tc>
        <w:tc>
          <w:tcPr>
            <w:tcW w:type="dxa" w:w="8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1.0</w:t>
            </w:r>
          </w:p>
        </w:tc>
      </w:tr>
      <w:tr>
        <w:trPr>
          <w:trHeight w:hRule="exact" w:val="464"/>
        </w:trPr>
        <w:tc>
          <w:tcPr>
            <w:tcW w:type="dxa" w:w="2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4.0</w:t>
            </w:r>
          </w:p>
        </w:tc>
        <w:tc>
          <w:tcPr>
            <w:tcW w:type="dxa" w:w="52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200-WMS-26-001-00 Software Design</w:t>
            </w:r>
          </w:p>
        </w:tc>
        <w:tc>
          <w:tcPr>
            <w:tcW w:type="dxa" w:w="8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1.0</w:t>
            </w:r>
          </w:p>
        </w:tc>
      </w:tr>
      <w:tr>
        <w:trPr>
          <w:trHeight w:hRule="exact" w:val="450"/>
        </w:trPr>
        <w:tc>
          <w:tcPr>
            <w:tcW w:type="dxa" w:w="2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5.0</w:t>
            </w:r>
          </w:p>
        </w:tc>
        <w:tc>
          <w:tcPr>
            <w:tcW w:type="dxa" w:w="52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200-WMS-26-001-00 Change Report (CH-001–CH-003)</w:t>
            </w:r>
          </w:p>
        </w:tc>
        <w:tc>
          <w:tcPr>
            <w:tcW w:type="dxa" w:w="8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1.0</w:t>
            </w:r>
          </w:p>
        </w:tc>
      </w:tr>
      <w:tr>
        <w:trPr>
          <w:trHeight w:hRule="exact" w:val="466"/>
        </w:trPr>
        <w:tc>
          <w:tcPr>
            <w:tcW w:type="dxa" w:w="2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6.0</w:t>
            </w:r>
          </w:p>
        </w:tc>
        <w:tc>
          <w:tcPr>
            <w:tcW w:type="dxa" w:w="52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200-WMS-26-001-00 Test Case and Test Procedures</w:t>
            </w:r>
          </w:p>
        </w:tc>
        <w:tc>
          <w:tcPr>
            <w:tcW w:type="dxa" w:w="8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1.0</w:t>
            </w:r>
          </w:p>
        </w:tc>
      </w:tr>
      <w:tr>
        <w:trPr>
          <w:trHeight w:hRule="exact" w:val="450"/>
        </w:trPr>
        <w:tc>
          <w:tcPr>
            <w:tcW w:type="dxa" w:w="2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7.0</w:t>
            </w:r>
          </w:p>
        </w:tc>
        <w:tc>
          <w:tcPr>
            <w:tcW w:type="dxa" w:w="52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200-WMS-26-001-00 Validation Results</w:t>
            </w:r>
          </w:p>
        </w:tc>
        <w:tc>
          <w:tcPr>
            <w:tcW w:type="dxa" w:w="8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1.0</w:t>
            </w:r>
          </w:p>
        </w:tc>
      </w:tr>
      <w:tr>
        <w:trPr>
          <w:trHeight w:hRule="exact" w:val="464"/>
        </w:trPr>
        <w:tc>
          <w:tcPr>
            <w:tcW w:type="dxa" w:w="2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8.0</w:t>
            </w:r>
          </w:p>
        </w:tc>
        <w:tc>
          <w:tcPr>
            <w:tcW w:type="dxa" w:w="52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200-WMS-26-001-00 Software User Document</w:t>
            </w:r>
          </w:p>
        </w:tc>
        <w:tc>
          <w:tcPr>
            <w:tcW w:type="dxa" w:w="8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1.0</w:t>
            </w:r>
          </w:p>
        </w:tc>
      </w:tr>
      <w:tr>
        <w:trPr>
          <w:trHeight w:hRule="exact" w:val="450"/>
        </w:trPr>
        <w:tc>
          <w:tcPr>
            <w:tcW w:type="dxa" w:w="2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9.0</w:t>
            </w:r>
          </w:p>
        </w:tc>
        <w:tc>
          <w:tcPr>
            <w:tcW w:type="dxa" w:w="52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BRN WMS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ารทดสอบ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(Git baseline </w:t>
            </w:r>
            <w:r>
              <w:rPr>
                <w:w w:val="101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6c39700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)</w:t>
            </w:r>
          </w:p>
        </w:tc>
        <w:tc>
          <w:tcPr>
            <w:tcW w:type="dxa" w:w="8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1.0</w:t>
            </w:r>
          </w:p>
        </w:tc>
      </w:tr>
      <w:tr>
        <w:trPr>
          <w:trHeight w:hRule="exact" w:val="720"/>
        </w:trPr>
        <w:tc>
          <w:tcPr>
            <w:tcW w:type="dxa" w:w="2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44" w:right="144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สารส่งมอบ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รั้งที่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3 (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ส่งมอบและปิด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)</w:t>
            </w:r>
          </w:p>
        </w:tc>
        <w:tc>
          <w:tcPr>
            <w:tcW w:type="dxa" w:w="52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8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66"/>
        </w:trPr>
        <w:tc>
          <w:tcPr>
            <w:tcW w:type="dxa" w:w="2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10.0</w:t>
            </w:r>
          </w:p>
        </w:tc>
        <w:tc>
          <w:tcPr>
            <w:tcW w:type="dxa" w:w="52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200-WMS-26-001-00 Product Operation Guide</w:t>
            </w:r>
          </w:p>
        </w:tc>
        <w:tc>
          <w:tcPr>
            <w:tcW w:type="dxa" w:w="8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1.0</w:t>
            </w:r>
          </w:p>
        </w:tc>
      </w:tr>
      <w:tr>
        <w:trPr>
          <w:trHeight w:hRule="exact" w:val="450"/>
        </w:trPr>
        <w:tc>
          <w:tcPr>
            <w:tcW w:type="dxa" w:w="2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11.0</w:t>
            </w:r>
          </w:p>
        </w:tc>
        <w:tc>
          <w:tcPr>
            <w:tcW w:type="dxa" w:w="52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200-WMS-26-001-00 Maintenance Document</w:t>
            </w:r>
          </w:p>
        </w:tc>
        <w:tc>
          <w:tcPr>
            <w:tcW w:type="dxa" w:w="8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1.0</w:t>
            </w:r>
          </w:p>
        </w:tc>
      </w:tr>
      <w:tr>
        <w:trPr>
          <w:trHeight w:hRule="exact" w:val="464"/>
        </w:trPr>
        <w:tc>
          <w:tcPr>
            <w:tcW w:type="dxa" w:w="2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—</w:t>
            </w:r>
          </w:p>
        </w:tc>
        <w:tc>
          <w:tcPr>
            <w:tcW w:type="dxa" w:w="52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200-WMS-26-001-00 Acceptance Report</w:t>
            </w:r>
          </w:p>
        </w:tc>
        <w:tc>
          <w:tcPr>
            <w:tcW w:type="dxa" w:w="8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1.0</w:t>
            </w:r>
          </w:p>
        </w:tc>
      </w:tr>
    </w:tbl>
    <w:p>
      <w:pPr>
        <w:sectPr>
          <w:headerReference w:type="default" r:id="rId10"/>
          <w:footerReference w:type="default" r:id="rId11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68" w:lineRule="exact" w:before="426" w:after="154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ราย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Configuration Item ข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องซอฟต์แวร์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2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ลำดับ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27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ที่จัดเ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</w:t>
            </w:r>
          </w:p>
        </w:tc>
        <w:tc>
          <w:tcPr>
            <w:tcW w:type="dxa" w:w="32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ุมเวอร์ชัน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432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Source Code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แอปพลิเ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ชัน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PHP</w:t>
            </w:r>
          </w:p>
        </w:tc>
        <w:tc>
          <w:tcPr>
            <w:tcW w:type="dxa" w:w="27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0" w:after="0"/>
              <w:ind w:left="116" w:right="0" w:firstLine="0"/>
              <w:jc w:val="left"/>
            </w:pPr>
            <w:r>
              <w:rPr>
                <w:w w:val="101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app/</w:t>
            </w:r>
          </w:p>
        </w:tc>
        <w:tc>
          <w:tcPr>
            <w:tcW w:type="dxa" w:w="32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Git baseline </w:t>
            </w:r>
            <w:r>
              <w:rPr>
                <w:w w:val="101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6c39700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branch main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บริ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Node.js (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แจ้งเตือนและ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งานตาม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ำหนดเวลา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)</w:t>
            </w:r>
          </w:p>
        </w:tc>
        <w:tc>
          <w:tcPr>
            <w:tcW w:type="dxa" w:w="27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0" w:after="0"/>
              <w:ind w:left="116" w:right="0" w:firstLine="0"/>
              <w:jc w:val="left"/>
            </w:pPr>
            <w:r>
              <w:rPr>
                <w:w w:val="101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nodejs/</w:t>
            </w:r>
          </w:p>
        </w:tc>
        <w:tc>
          <w:tcPr>
            <w:tcW w:type="dxa" w:w="32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0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Git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พร้อม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package.json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package-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lock.json</w:t>
            </w:r>
          </w:p>
        </w:tc>
      </w:tr>
      <w:tr>
        <w:trPr>
          <w:trHeight w:hRule="exact" w:val="97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3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ริปต์ติดตั้งฐาน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</w:p>
        </w:tc>
        <w:tc>
          <w:tcPr>
            <w:tcW w:type="dxa" w:w="27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0" w:after="0"/>
              <w:ind w:left="116" w:right="576" w:firstLine="0"/>
              <w:jc w:val="left"/>
            </w:pPr>
            <w:r>
              <w:rPr>
                <w:w w:val="101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setup.php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br/>
            </w:r>
            <w:r>
              <w:rPr>
                <w:w w:val="101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docker/mariadb/init-</w:t>
            </w:r>
            <w:r>
              <w:rPr>
                <w:w w:val="101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wms2.sql</w:t>
            </w:r>
          </w:p>
        </w:tc>
        <w:tc>
          <w:tcPr>
            <w:tcW w:type="dxa" w:w="32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Git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4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ชุดติดตั้ง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Docker Compose</w:t>
            </w:r>
          </w:p>
        </w:tc>
        <w:tc>
          <w:tcPr>
            <w:tcW w:type="dxa" w:w="27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576" w:firstLine="0"/>
              <w:jc w:val="left"/>
            </w:pPr>
            <w:r>
              <w:rPr>
                <w:w w:val="101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docker-compose.yml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w w:val="101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docker/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w w:val="101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.env.example</w:t>
            </w:r>
          </w:p>
        </w:tc>
        <w:tc>
          <w:tcPr>
            <w:tcW w:type="dxa" w:w="32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Git (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ไม่รวม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วามลับ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)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5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วามลับ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องสภาพ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แวดล้อม</w:t>
            </w:r>
          </w:p>
        </w:tc>
        <w:tc>
          <w:tcPr>
            <w:tcW w:type="dxa" w:w="27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432" w:firstLine="0"/>
              <w:jc w:val="left"/>
            </w:pPr>
            <w:r>
              <w:rPr>
                <w:w w:val="101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.env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w w:val="101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app/config.php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รื่องที่ติดตั้ง</w:t>
            </w:r>
          </w:p>
        </w:tc>
        <w:tc>
          <w:tcPr>
            <w:tcW w:type="dxa" w:w="32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6" w:lineRule="exact" w:before="48" w:after="0"/>
              <w:ind w:left="110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ไม่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Git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สร้าง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ึ้นตอนติดตั้งด้วย</w:t>
            </w:r>
            <w:r>
              <w:rPr>
                <w:w w:val="101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docker/init-env.sh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6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Work Products</w:t>
            </w:r>
          </w:p>
        </w:tc>
        <w:tc>
          <w:tcPr>
            <w:tcW w:type="dxa" w:w="27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auto" w:before="120" w:after="0"/>
              <w:ind w:left="116" w:right="0" w:firstLine="0"/>
              <w:jc w:val="left"/>
            </w:pPr>
            <w:r>
              <w:rPr>
                <w:w w:val="101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sdlc/</w:t>
            </w:r>
          </w:p>
        </w:tc>
        <w:tc>
          <w:tcPr>
            <w:tcW w:type="dxa" w:w="32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Git (Markdown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ต้นฉบับ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)</w:t>
            </w:r>
          </w:p>
        </w:tc>
      </w:tr>
      <w:tr>
        <w:trPr>
          <w:trHeight w:hRule="exact" w:val="70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7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ชุดเอ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สารส่งมอบ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(PDF)</w:t>
            </w:r>
          </w:p>
        </w:tc>
        <w:tc>
          <w:tcPr>
            <w:tcW w:type="dxa" w:w="27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0" w:after="0"/>
              <w:ind w:left="116" w:right="0" w:firstLine="0"/>
              <w:jc w:val="left"/>
            </w:pPr>
            <w:r>
              <w:rPr>
                <w:w w:val="101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sdlc-delivery/</w:t>
            </w:r>
          </w:p>
        </w:tc>
        <w:tc>
          <w:tcPr>
            <w:tcW w:type="dxa" w:w="32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60" w:after="0"/>
              <w:ind w:left="110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Git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สร้างจา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 </w:t>
            </w:r>
            <w:r>
              <w:rPr>
                <w:w w:val="101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sdlc/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ด้วย</w:t>
            </w:r>
            <w:r>
              <w:br/>
            </w:r>
            <w:r>
              <w:rPr>
                <w:w w:val="101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scripts/build-sdlc-delivery.sh</w:t>
            </w:r>
          </w:p>
        </w:tc>
      </w:tr>
    </w:tbl>
    <w:p>
      <w:pPr>
        <w:autoSpaceDN w:val="0"/>
        <w:autoSpaceDE w:val="0"/>
        <w:widowControl/>
        <w:spacing w:line="266" w:lineRule="exact" w:before="372" w:after="156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วบ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ุมเวอร์ชันและ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ารเ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้าถึง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50"/>
        </w:trPr>
        <w:tc>
          <w:tcPr>
            <w:tcW w:type="dxa" w:w="2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หัว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</w:t>
            </w:r>
          </w:p>
        </w:tc>
        <w:tc>
          <w:tcPr>
            <w:tcW w:type="dxa" w:w="60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</w:t>
            </w:r>
          </w:p>
        </w:tc>
      </w:tr>
      <w:tr>
        <w:trPr>
          <w:trHeight w:hRule="exact" w:val="464"/>
        </w:trPr>
        <w:tc>
          <w:tcPr>
            <w:tcW w:type="dxa" w:w="2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Repository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 (origin)</w:t>
            </w:r>
          </w:p>
        </w:tc>
        <w:tc>
          <w:tcPr>
            <w:tcW w:type="dxa" w:w="60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auto" w:before="118" w:after="0"/>
              <w:ind w:left="118" w:right="0" w:firstLine="0"/>
              <w:jc w:val="left"/>
            </w:pPr>
            <w:r>
              <w:rPr>
                <w:w w:val="101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git@188.166.228.62:nok/wms-app.git</w:t>
            </w:r>
          </w:p>
        </w:tc>
      </w:tr>
      <w:tr>
        <w:trPr>
          <w:trHeight w:hRule="exact" w:val="450"/>
        </w:trPr>
        <w:tc>
          <w:tcPr>
            <w:tcW w:type="dxa" w:w="2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Repository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สำรอง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(backup)</w:t>
            </w:r>
          </w:p>
        </w:tc>
        <w:tc>
          <w:tcPr>
            <w:tcW w:type="dxa" w:w="60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0" w:after="0"/>
              <w:ind w:left="118" w:right="0" w:firstLine="0"/>
              <w:jc w:val="left"/>
            </w:pPr>
            <w:r>
              <w:rPr>
                <w:w w:val="101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git@github.com:thanakorninbox-dev/wms-app.git</w:t>
            </w:r>
          </w:p>
        </w:tc>
      </w:tr>
      <w:tr>
        <w:trPr>
          <w:trHeight w:hRule="exact" w:val="466"/>
        </w:trPr>
        <w:tc>
          <w:tcPr>
            <w:tcW w:type="dxa" w:w="2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Branch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</w:p>
        </w:tc>
        <w:tc>
          <w:tcPr>
            <w:tcW w:type="dxa" w:w="60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w w:val="101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main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เป็น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Baseline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</w:t>
            </w:r>
          </w:p>
        </w:tc>
      </w:tr>
      <w:tr>
        <w:trPr>
          <w:trHeight w:hRule="exact" w:val="450"/>
        </w:trPr>
        <w:tc>
          <w:tcPr>
            <w:tcW w:type="dxa" w:w="2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Baseline 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องระบบที่ส่งมอบ</w:t>
            </w:r>
          </w:p>
        </w:tc>
        <w:tc>
          <w:tcPr>
            <w:tcW w:type="dxa" w:w="60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4" w:lineRule="exact" w:before="118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Commit </w:t>
            </w:r>
            <w:r>
              <w:rPr>
                <w:w w:val="101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6c39700</w:t>
            </w:r>
          </w:p>
        </w:tc>
      </w:tr>
      <w:tr>
        <w:trPr>
          <w:trHeight w:hRule="exact" w:val="464"/>
        </w:trPr>
        <w:tc>
          <w:tcPr>
            <w:tcW w:type="dxa" w:w="2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Tag 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องชุดเอ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สารส่งมอบ</w:t>
            </w:r>
          </w:p>
        </w:tc>
        <w:tc>
          <w:tcPr>
            <w:tcW w:type="dxa" w:w="60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auto" w:before="120" w:after="0"/>
              <w:ind w:left="118" w:right="0" w:firstLine="0"/>
              <w:jc w:val="left"/>
            </w:pPr>
            <w:r>
              <w:rPr>
                <w:w w:val="101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sdlc-v1.0-final</w:t>
            </w:r>
          </w:p>
        </w:tc>
      </w:tr>
      <w:tr>
        <w:trPr>
          <w:trHeight w:hRule="exact" w:val="450"/>
        </w:trPr>
        <w:tc>
          <w:tcPr>
            <w:tcW w:type="dxa" w:w="2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สิทธิ์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้าถึง</w:t>
            </w:r>
          </w:p>
        </w:tc>
        <w:tc>
          <w:tcPr>
            <w:tcW w:type="dxa" w:w="60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ยืนยันตัวตนด้วย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SSH Key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ตามบทบาท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องสมาชิ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</w:tr>
    </w:tbl>
    <w:p>
      <w:pPr>
        <w:autoSpaceDN w:val="0"/>
        <w:autoSpaceDE w:val="0"/>
        <w:widowControl/>
        <w:spacing w:line="430" w:lineRule="exact" w:before="210" w:after="0"/>
        <w:ind w:left="256" w:right="432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ารเชื่อมโยง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ับ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ารเปลี่ยนแปลง</w:t>
      </w:r>
      <w:r>
        <w:br/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ารเปลี่ยนแปลง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Configuration Item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ต้องผ่าน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Change Report (CH-001–CH-003)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ารแ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้ไ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พร่อง</w:t>
      </w:r>
    </w:p>
    <w:p>
      <w:pPr>
        <w:autoSpaceDN w:val="0"/>
        <w:autoSpaceDE w:val="0"/>
        <w:widowControl/>
        <w:spacing w:line="244" w:lineRule="exact" w:before="56" w:after="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ต้องบันทึ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ใน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Correction Register (ISS-001–ISS-028)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โดยทุ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ราย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ารเชื่อมโยง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ับ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Commit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ที่ตรวจสอบได้ใน</w:t>
      </w:r>
    </w:p>
    <w:p>
      <w:pPr>
        <w:autoSpaceDN w:val="0"/>
        <w:autoSpaceDE w:val="0"/>
        <w:widowControl/>
        <w:spacing w:line="210" w:lineRule="exact" w:before="90" w:after="0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1"/>
        </w:rPr>
        <w:t>Repository</w:t>
      </w:r>
    </w:p>
    <w:p>
      <w:pPr>
        <w:autoSpaceDN w:val="0"/>
        <w:autoSpaceDE w:val="0"/>
        <w:widowControl/>
        <w:spacing w:line="256" w:lineRule="exact" w:before="332" w:after="158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ผู้จัดทำเอ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2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ุณธน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สถิตวิทยา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Developer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56" w:lineRule="exact" w:before="420" w:after="156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ผู้ตรวจสอบเอ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2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2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ุณอภิรัชช์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สุภัทรประทีป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Manager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ผู้อนุมัติ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8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ุณเสรี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วิริยะส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SC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software-configuration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