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25690521 V1.0 NoC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CH-001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7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6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ราะห์ระบบ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ตัวแทนผู้ใช้งาน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Bin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(21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2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"Rack"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"Bin"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ลุมป้าย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custom.js,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รื่องมือบาร์โ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(BarcodeManager.php, location_barcode_label.php,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retrieve_rack.php)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6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ำที่ใช้ในระบบตรง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ำที่พนั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้าใช้จริงใน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ารปฏิบัติงาน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วามสับสนระหว่าง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1,000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บรรทัด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ลาสและเ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รื่องมือบาร์โ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์ชันใหม่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ารภายในช่วงพัฒนาปัจจุบัน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ำหนดส่งมอบ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Budget/Cost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รทีมพัฒนาเดิม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6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เท่านั้น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ไม่เปลี่ยนพฤติ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รบให้บันทึ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Correction Register (ISS-023)</w:t>
            </w:r>
          </w:p>
        </w:tc>
      </w:tr>
    </w:tbl>
    <w:p>
      <w:pPr>
        <w:autoSpaceDN w:val="0"/>
        <w:autoSpaceDE w:val="0"/>
        <w:widowControl/>
        <w:spacing w:line="266" w:lineRule="exact" w:before="374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6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64"/>
        </w:trPr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8f57ab5</w:t>
            </w:r>
          </w:p>
        </w:tc>
      </w:tr>
      <w:tr>
        <w:trPr>
          <w:trHeight w:hRule="exact" w:val="450"/>
        </w:trPr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และตรวจสอบผลด้วย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TC-UN03.001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10–14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</w:t>
      </w:r>
    </w:p>
    <w:p>
      <w:pPr>
        <w:autoSpaceDN w:val="0"/>
        <w:autoSpaceDE w:val="0"/>
        <w:widowControl/>
        <w:spacing w:line="244" w:lineRule="exact" w:before="56" w:after="20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7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