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Acceptance Report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ApS</w:t>
            </w:r>
          </w:p>
        </w:tc>
      </w:tr>
      <w:tr>
        <w:trPr>
          <w:trHeight w:hRule="exact" w:val="852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ารส่งมอบงาน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(Acceptance Record)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ระยะเวลา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ผู้ส่งมอบ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ผู้รับมอบ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ุลธรณ์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Sponsor)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วันที่บันทึ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ส่งมอบ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(Work Product)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288" w:right="288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(Accepted / Not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1.0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Plan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Schedule)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2.0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Customer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3.0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 Specification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4.0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Design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5.0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Change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001–CH-003)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6.0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Test Case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and Test Procedures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7.0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Validation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Results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8.0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User Document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9.0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BRN WMS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ารทดสอบพร้อมนำ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ไปใช้งานจริง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(Git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baseline 6c39700)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และติด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(Work Product)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288" w:right="288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(Accepted / Not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10.0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Product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Operation Guide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11.0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Maintenance Document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Accepted</w:t>
            </w:r>
          </w:p>
        </w:tc>
      </w:tr>
    </w:tbl>
    <w:p>
      <w:pPr>
        <w:autoSpaceDN w:val="0"/>
        <w:autoSpaceDE w:val="0"/>
        <w:widowControl/>
        <w:spacing w:line="266" w:lineRule="exact" w:before="376" w:after="14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ารตรวจสอบตามเ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ณฑ์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ฐานอ้างอิง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ตทำงานตรงตาม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Customer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Traceability Record, Test Report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ทดสอบระบบตาม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Test Report 45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ผ่านทั้งหมด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 – 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2569)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ารยอมรับโดยผู้ใช้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(UAT)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Validation Results 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ผ่านทั้งหมด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พร่องระดับวิ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ฤต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Correction Register 28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ู่มือผู้ใช้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ผู้ดูแลระบบ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ารบำรุง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User Document, Product Operation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Guide, Maintenance Document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พร้อมชุดสำรอง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Repository, Project Repository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(Backup)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โดยผู้ตรวจ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สอบอิสระ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Verification Results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ผลสรุป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จำนวนสิ่งส่งมอบทั้งหมด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ตรวจรับแล้ว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(Accepted)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(Not Accepted)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6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ารตรวจรับโดยรวม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Accepted —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ตรวจรับส่งมอบระบบ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ผู้รับมอบได้ตรวจสอบสิ่งส่งมอบทั้งหมดตามเ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ารตรวจรับที่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Statement of Work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Software Project Plan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แล้วเห็นว่า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จึงมีมติตรวจรับส่งมอบระบบเมื่อวันที่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17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สิงหา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โดยงาน</w:t>
      </w:r>
    </w:p>
    <w:p>
      <w:pPr>
        <w:autoSpaceDN w:val="0"/>
        <w:autoSpaceDE w:val="0"/>
        <w:widowControl/>
        <w:spacing w:line="244" w:lineRule="exact" w:before="70" w:after="15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อบรมผู้ใช้งานและ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ารปิดงาน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ุมปฏิบัติ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ารแล้วเสร็จภายในวันที่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24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สิงหา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ตามแผนปิดโ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AR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cceptance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