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Customer Requirements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25690206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(Customer Requirements)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6" w:lineRule="exact" w:before="124" w:after="0"/>
        <w:ind w:left="256" w:right="432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สารฉบับนี้จัดทำ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และสรุป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(Customer Requirements)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ISO/IEC 29110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สำหรับใช้เป็นพื้นฐานใน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Requirements Specification,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แบบระบบ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,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ารพัฒนาระบบบริหารจัด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(BRN WMS)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เอ็นเตอร์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ไพรส์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ผู้มีส่วนได้ส่วนเสีย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ผู้บริหาร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(CEO)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Sponsor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อนุมัติและตัดสินใจเชิง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ลยุทธ์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บริหารโ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ราะห์ระบบ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็บและวิเ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หัวหน้าฝ่าย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้าและพนั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และตรวจนับ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ายและฝ่ายจัดซื้อ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ายและจัดซื้อ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ฝ่ายบัญชีและ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ารวางบิล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ารเชิงหน้าที่และไม่ใช่หน้าที่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(Functional and Non-Functional Requirements)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97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Feature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Functional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Characteristics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ารเชิญผู้ใช้งานเ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ร่วมบริษัท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(Onboarding)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FR-001</w:t>
            </w:r>
          </w:p>
        </w:tc>
      </w:tr>
    </w:tbl>
    <w:p>
      <w:pPr>
        <w:sectPr>
          <w:headerReference w:type="default" r:id="rId11"/>
          <w:footerReference w:type="default" r:id="rId12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ระบบต้องยืนยันตัวตนผู้ใช้และบัง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ับสิทธิ์ตามบทบาท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Owner,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Admin, Staff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Viewer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ระบบต้องให้ผู้ดูแลจัด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SMTP,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CR01:005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และผู้ติดต่อ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FR-005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CR01:006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ลังเดียวและแบบ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หลายชั้น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FR-006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CR01:007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(Stock-in)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้อมูลติดตาม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FR-007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CR01:008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(Stock-out)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โดยตรวจสอบสิทธิ์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่อนจ่าย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FR-008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CR01:009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้าระหว่างตำแหน่งจัดเ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็บที่ได้รับอนุญาตโดยยอด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ปลายทางสมดุล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FR-009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FR-010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ระบบต้องแสดงภาพรวมสต๊อ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้าหมดอายุ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(SKU)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นในหน้าจอที่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และใบลดหนี้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CR01:015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FR-015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FR-016</w:t>
            </w:r>
          </w:p>
        </w:tc>
      </w:tr>
      <w:tr>
        <w:trPr>
          <w:trHeight w:hRule="exact" w:val="70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CR01:017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ระบบต้องจัดทำรายงานงบทดลอง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ภาษีมูล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FR-017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CR01:018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สารอัตโนมัติและ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FR-018</w:t>
            </w:r>
          </w:p>
        </w:tc>
      </w:tr>
      <w:tr>
        <w:trPr>
          <w:trHeight w:hRule="exact" w:val="46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CR01:019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ารแนบไฟล์ที่อนุญาต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FR-019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รายงานผู้บริหาร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FR-020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ระบบต้องแจ้งเตือนผู้ใช้ที่เ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้องเมื่อสถานะเอ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สารเปลี่ยนหรือมี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ล้หมดและใบแจ้ง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้างชำระตาม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็บผู้สร้าง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้าให้เฉพาะผู้ใช้ที่ได้รับอนุญาต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ในบริบทปัจจุบัน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CR02: Performance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ระบบต้องตอบสนองงานประจำวัน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เปิดหน้าจอ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้นหา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ภายในเวลาที่ใช้งานได้จริงบนสภาพแวดล้อมที่ต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NFR-006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ระบบต้องมีตารางสรุปยอด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(Aggregate)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เพื่อให้แดชบอร์ดและ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รายงานแสดงผลได้โดยไม่ต้อง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ำนวณใหม่ทุ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NFR-006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้อมูลและผู้ใช้พร้อม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ันในระดับที่ต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ลงสำหรับ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สภาพแวดล้อมใช้งานจริง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NFR-006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Interface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ระบบต้องเชื่อมต่อฐาน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MySQL/MariaDB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wms2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Operational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context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 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(Chrome, Edge,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Firefox)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NFR-008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ารณ์ไปยังบริ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Secret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ต้องเชื่อมต่อ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สาธารณะเพื่อรับ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CR03:005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Onboarding,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่าต่อบริษัท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FR-004</w:t>
            </w:r>
          </w:p>
        </w:tc>
      </w:tr>
      <w:tr>
        <w:trPr>
          <w:trHeight w:hRule="exact" w:val="70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 Required System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Characteristics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ระบบต้องพัฒนาบนสถาปัตย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Web-based Application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Operational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context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Relational 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Referential Integrity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Username/Password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ำหนดบทบาทผู้ใช้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FR-002</w:t>
            </w:r>
          </w:p>
        </w:tc>
      </w:tr>
      <w:tr>
        <w:trPr>
          <w:trHeight w:hRule="exact" w:val="46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8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ึ้นไป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MySQL/MariaDB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NFR-008</w:t>
            </w:r>
          </w:p>
        </w:tc>
      </w:tr>
      <w:tr>
        <w:trPr>
          <w:trHeight w:hRule="exact" w:val="97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Human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Engineering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ใช้งานได้ทั้งบน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(Tablet/Mobile)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NFR-005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เมนูและปุ่ม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ำสั่งต้องแสดงตามบทบาทและสิทธิ์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องผู้ใช้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Interface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วามสำเร็จ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พลาดอย่างชัดเจน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Interface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่อนลบ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หรือทำราย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Usability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practice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CR05:005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สารธุร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ิจและฉลา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้ดในรูปแบบที่ใช้งานได้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Interface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0" w:right="86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Security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ารเชื่อมต่อในสภาพแวดล้อมใช้งานจริงต้องเ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HTTPS/TLS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องระบบต้องไม่ถู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Control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้าถึงได้จา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เว็บสาธารณะ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ารทำงานฝั่งเซิร์ฟเวอร์ต้องตรวจสอบ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NFR-002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(Role-based Access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Control)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และฝั่งเซิร์ฟเวอร์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FR-002</w:t>
            </w:r>
          </w:p>
        </w:tc>
      </w:tr>
      <w:tr>
        <w:trPr>
          <w:trHeight w:hRule="exact" w:val="46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CR06:005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SQL Injection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Cross-Site Scripting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CR06:006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้าสู่ระบบซ้ำซ้อน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(Concurrent Login)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 Environmental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Linux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ในรูปแบบติดตั้งเอง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(LAMP)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Docker Compose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Asia/Bangkok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อย่างสม่ำเสมอทั้งแอปพลิเ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NFR-010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ระบบต้องใช้งานได้บนอุป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พาผ่าน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Web Browser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NFR-005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้อมูลใช้งานจริงได้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Operational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้อมูลอัตโนมัติรายวัน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452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ชุดสำรองได้ตาม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ั้นตอนที่จัดทำเป็นเอ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ารเฝ้าระวังสถานะบริ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Web, 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พร้อมแจ้งเตือนเมื่อ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ระบบต้องรองรับหลายบริษัท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(Multi-company)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ภายใต้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CR08:005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ำหนดเวลาต้องทำงานสำเร็จโดยไม่สร้างผลลัพธ์ซ้ำหรือเ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 Maintenance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ซอฟต์แวร์ต้องมีโ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รงสร้างแบบโมดูล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(Manager Classes / API)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ได้โดยไม่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ระทบส่วนอื่น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NFR-007</w:t>
            </w:r>
          </w:p>
        </w:tc>
      </w:tr>
      <w:tr>
        <w:trPr>
          <w:trHeight w:hRule="exact" w:val="70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ระบบต้องมีแม่แบบ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(Configuration Template)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ุมเวอร์ชันด้วย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NFR-007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ษาและประวัติ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พร่องที่แ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้อมูลต้องสะท้อนใน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schema_migrations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NFR-007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 Installation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้อมูลได้ใน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ั้นตอนเดียวผ่าน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0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up -d --build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(docker/init-env.sh)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NFR-001</w:t>
            </w:r>
          </w:p>
        </w:tc>
      </w:tr>
      <w:tr>
        <w:trPr>
          <w:trHeight w:hRule="exact" w:val="466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86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CR11: Support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(Software User Document)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Documentati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on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ู่มือปฏิบัติงานสำหรับผู้ดูแลระบบ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(Product Operation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Guide)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Documentati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on</w:t>
            </w:r>
          </w:p>
        </w:tc>
      </w:tr>
      <w:tr>
        <w:trPr>
          <w:trHeight w:hRule="exact" w:val="46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่อนเปิดใช้งานจริง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Training</w:t>
            </w:r>
          </w:p>
        </w:tc>
      </w:tr>
      <w:tr>
        <w:trPr>
          <w:trHeight w:hRule="exact" w:val="452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ต้องมีช่องทางสนับสนุนและระดับ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ารให้บริ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(SLA)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หลังส่งมอบ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Maintenance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 Design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Constraints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PHP, 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NFR-008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main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Configuratio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รหัสผ่านผู้ใช้ต้องเ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bcrypt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็บหรือบันทึ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วามธรรมดา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ISO/IEC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29110 Basic Profile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NFR-009</w:t>
            </w:r>
          </w:p>
        </w:tc>
      </w:tr>
      <w:tr>
        <w:trPr>
          <w:trHeight w:hRule="exact" w:val="974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 Safety and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Reliability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+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+ GL)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Transaction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NFR-003</w:t>
            </w:r>
          </w:p>
        </w:tc>
      </w:tr>
      <w:tr>
        <w:trPr>
          <w:trHeight w:hRule="exact" w:val="45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ติดลบและ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ลื่อนไหวซ้ำซ้อน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(Backup &amp; Recovery)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้อผิดพลาดโดยแสดง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้าใจได้แทน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Fatal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Error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NFR-006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00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 Quality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Expectations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CR14:001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่อนส่งมอบ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Acceptance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CR14:002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NFR-009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CR14:003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(UAT)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้าบน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สภาพแวดล้อมใช้งานจริง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Acceptance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CR14:004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พร่องระดับวิ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ฤต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้างอยู่ในด้าน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7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Acceptance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7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*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สารฉบับนี้รวม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ารที่ได้จา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ารทบทวน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ตงานร่วม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ารหลังอนุมัติต้องดำเนิน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Report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ustomer-requirem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