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Project Plan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7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25690213 V1.0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Duration</w:t>
            </w:r>
          </w:p>
        </w:tc>
        <w:tc>
          <w:tcPr>
            <w:tcW w:type="dxa" w:w="2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232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 Manufacture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เป็นบริษัทผู้ประ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อบธุร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ิจด้านเท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โนโลยีสารสนเทศ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ซึ่งมีประสบ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ารณ์ใน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ารส่ง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มอบผลิตภัณฑ์และบริ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ารด้านเท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โนโลยีให้แ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่หน่วยงานภา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รัฐและเอ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ชนอย่างต่อเนื่อง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อบธุร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3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ด้าน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68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พัฒนาซอฟต์แวร์ตาม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องหน่วยงาน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(Software Development)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จำหน่ายผลิตภัณฑ์ซอฟต์แวร์สำเร็จรูป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(Software Package)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เช่น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ารสินทรัพย์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ษาระบบ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(Service Maintenance: MA)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รงสร้างพื้นฐาน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รื่องแม่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และศูนย์</w:t>
      </w:r>
    </w:p>
    <w:p>
      <w:pPr>
        <w:autoSpaceDN w:val="0"/>
        <w:autoSpaceDE w:val="0"/>
        <w:widowControl/>
        <w:spacing w:line="246" w:lineRule="exact" w:before="54" w:after="0"/>
        <w:ind w:left="652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2 Overview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องบริษัทให้มี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รวดเร็ว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และตรวจสอบย้อน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ลับได้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</w:p>
    <w:p>
      <w:pPr>
        <w:autoSpaceDN w:val="0"/>
        <w:autoSpaceDE w:val="0"/>
        <w:widowControl/>
        <w:spacing w:line="246" w:lineRule="exact" w:before="7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์จะพัฒนา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(BRN WMS)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ึ้นใหม่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โดยมีวัตถุประสง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รวมศูนย์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้าไว้ในระบบเดียว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เชื่อมโยงงาน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บัญชีเ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้าถึงและแย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้อมูลระหว่างบริษัทและ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้าอย่างชัดเจน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ให้ผู้บริหารเห็นภาพรวมสถานะ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้าและสถานะทาง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ารเงินได้ตามเวลาจริง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3 Goals and Scope</w:t>
      </w:r>
    </w:p>
    <w:p>
      <w:pPr>
        <w:autoSpaceDN w:val="0"/>
        <w:autoSpaceDE w:val="0"/>
        <w:widowControl/>
        <w:spacing w:line="246" w:lineRule="exact" w:before="30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3.1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เป้าหมาย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44" w:lineRule="exact" w:before="160" w:after="17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เป้าหมายด้านอง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6" w:type="dxa"/>
      </w:tblPr>
      <w:tblGrid>
        <w:gridCol w:w="3252"/>
        <w:gridCol w:w="3252"/>
        <w:gridCol w:w="3252"/>
      </w:tblGrid>
      <w:tr>
        <w:trPr>
          <w:trHeight w:hRule="exact" w:val="344"/>
        </w:trPr>
        <w:tc>
          <w:tcPr>
            <w:tcW w:type="dxa" w:w="3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64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381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38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0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้อผิดพลาด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องยอดสิน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ิดจา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ด้วยมือ</w:t>
            </w:r>
          </w:p>
        </w:tc>
        <w:tc>
          <w:tcPr>
            <w:tcW w:type="dxa" w:w="770"/>
            <w:vMerge w:val="restart"/>
            <w:tcBorders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672"/>
        </w:trPr>
        <w:tc>
          <w:tcPr>
            <w:tcW w:type="dxa" w:w="304"/>
            <w:tcBorders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8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381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38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0"/>
            <w:tcBorders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76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วามสามารถใน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และวันหมดอายุ</w:t>
            </w:r>
          </w:p>
        </w:tc>
        <w:tc>
          <w:tcPr>
            <w:tcW w:type="dxa" w:w="3252"/>
            <w:vMerge/>
            <w:tcBorders>
              <w:bottom w:sz="4" w:val="single" w:color="595959"/>
            </w:tcBorders>
          </w:tcPr>
          <w:p/>
        </w:tc>
      </w:tr>
    </w:tbl>
    <w:p>
      <w:pPr>
        <w:sectPr>
          <w:headerReference w:type="default" r:id="rId15"/>
          <w:footerReference w:type="default" r:id="rId16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้อมูลบัญชีสอด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ันโดยไม่ต้องบันทึ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ซ้ำ</w:t>
      </w:r>
    </w:p>
    <w:p>
      <w:pPr>
        <w:autoSpaceDN w:val="0"/>
        <w:autoSpaceDE w:val="0"/>
        <w:widowControl/>
        <w:spacing w:line="244" w:lineRule="exact" w:before="26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เป้าหมายด้านผู้ใช้งาน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4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ให้พนั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ารรับเ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จ่ายออ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และโอนย้ายได้สะดว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อุป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รณ์หน้า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ให้ฝ่าย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ายและฝ่ายจัดซื้อจัดทำเอ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สารและติดตามสถานะได้ในระบบเดียว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ให้ฝ่ายบัญชีได้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ารตรวจสอบแล้วโดยอัตโนมัติ</w:t>
      </w:r>
    </w:p>
    <w:p>
      <w:pPr>
        <w:autoSpaceDN w:val="0"/>
        <w:autoSpaceDE w:val="0"/>
        <w:widowControl/>
        <w:spacing w:line="246" w:lineRule="exact" w:before="294" w:after="14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3.2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(SOW)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ระบบย่อย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องบริษัทและเชิญผู้ใช้งาน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(Onboarding)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 / Admin / Staff / Viewer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SMTP,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(Master Data)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(Bin)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ประเภทผู้ติดต่อและผู้ติดต่อ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(Stock-in)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พร้อมตรวจสอบยอด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ระหว่าง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แนบไฟล์ประ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(Quotation)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 Order)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(Invoice)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ใบลด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(Return / Credit Note)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ระบบจัดซื้อ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(Purchasing)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Request)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Order)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Invoice)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(Finance)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ระบบบัญชี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(Accounting)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(Journal / GL)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ระบบรายงานและแดช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บอร์ด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Lot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สารอัตโนมัติตามลำดับที่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ุมสถานะและวงจรชีวิต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ระบบแจ้งเตือนและ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/ Socket.IO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(php-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apache, mariadb, node/pm2)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Source Control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14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3.3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Project Plan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Schedule)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Customer Requirements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Requirements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Specification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Design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Change Report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(CH-001–CH-003)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Test Case and Test Procedures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Validation Results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User Document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BRN 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ารทดสอบพร้อมนำไปใช้งานจริง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(Git baseline 6c39700)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และติดตั้ง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Product Operation Guide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Maintenance Document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3.4 Delivery Instruction</w:t>
      </w:r>
    </w:p>
    <w:p>
      <w:pPr>
        <w:autoSpaceDN w:val="0"/>
        <w:autoSpaceDE w:val="0"/>
        <w:widowControl/>
        <w:spacing w:line="300" w:lineRule="exact" w:before="120" w:after="0"/>
        <w:ind w:left="256" w:right="432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ารส่งมอบตามสิ่งส่งมอบ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เมื่อแล้วเสร็จและถึง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(Due Date)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ารต้องจัด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เตรียมเ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รื่องมือและสถานที่เพื่อให้ลู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ารยอมรับผู้ใช้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(Validation Result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User Acceptance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Test – UAT)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โดยทดสอบตาม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ารผู้ใช้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(Customer Requirements)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และลงนาม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ยืนยันเมื่อผ่าน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576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รณีสิ่งส่งมอบไม่แล้วเสร็จตาม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(Delay)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ารต้องนัดประชุมรายงาน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ืบหน้าและอธิบาย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สาเหตุให้ลู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้าทราบ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พร้อมทั้งต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ำหนดวันส่งมอบใหม่อย่างเป็นทาง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432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ารปิดโ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(Project Closure)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เมื่อสิ่งส่งมอบทั้งหมดผ่าน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ารตรวจรับและได้รับลายเซ็นอนุมัติจา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ชุดแล้ว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ารจัดประชุมปิดโ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ารอย่างเป็นทาง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พร้อมจัดทำเอ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สารสรุปผล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ารดำเนินงานเพื่อ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็บเป็นหลั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</w:t>
      </w:r>
    </w:p>
    <w:p>
      <w:pPr>
        <w:autoSpaceDN w:val="0"/>
        <w:autoSpaceDE w:val="0"/>
        <w:widowControl/>
        <w:spacing w:line="244" w:lineRule="exact" w:before="28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3.5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(Quality Criteria)</w:t>
      </w:r>
    </w:p>
    <w:p>
      <w:pPr>
        <w:autoSpaceDN w:val="0"/>
        <w:autoSpaceDE w:val="0"/>
        <w:widowControl/>
        <w:spacing w:line="244" w:lineRule="exact" w:before="176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1.1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์ชันทั้งหมดทำงานตรงตาม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Customer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1.2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และบัญชี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ไม่พบยอดสต๊อ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ติดลบหรือราย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ที่ไม่สมดุล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Transaction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Rollback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(TC-UN08.002)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1.3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ฤตด้านสิทธิ์และ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ทดสอบสิทธิ์เชิงลบ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(TC-UN12.001,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1.4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ประสิทธิภาพ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ารตอบสนอง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งานประจำวันตอบสนองภายในเวลาที่ใช้งานได้จริงบน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ทดสอบตามปริมาณ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้อมูลตัวอย่าง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(TC-UN09.001)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1.5</w:t>
            </w:r>
          </w:p>
        </w:tc>
        <w:tc>
          <w:tcPr>
            <w:tcW w:type="dxa" w:w="2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วามสามารถใน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</w:p>
        </w:tc>
        <w:tc>
          <w:tcPr>
            <w:tcW w:type="dxa" w:w="3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Desktop, Tablet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Mobile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(Responsive)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้ามอุป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ารดูแลหลังส่งมอบ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4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2.1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ารตอบสนองเหตุ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4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ตอบรับภายใน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ชั่วโมง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วามรุนแรงที่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SLA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2.2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4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มีระบบสำรอง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้อมูลอัตโนมัติรายวันและทดสอบ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ืนได้จริง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 Test (TC-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2.3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ารเฝ้าระวังระบบ</w:t>
            </w:r>
          </w:p>
        </w:tc>
        <w:tc>
          <w:tcPr>
            <w:tcW w:type="dxa" w:w="4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ตรวจสอบสถานะบริ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และแจ้งเตือนเมื่อล้มเหลว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รั้งติด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2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4 Software Development Life Cycle Methodology</w:t>
      </w:r>
    </w:p>
    <w:p>
      <w:pPr>
        <w:autoSpaceDN w:val="0"/>
        <w:autoSpaceDE w:val="0"/>
        <w:widowControl/>
        <w:spacing w:line="246" w:lineRule="exact" w:before="186" w:after="17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ารเลือ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Incremental / Evolutionary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ภายใต้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Waterfall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เนื่องจา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6" w:type="dxa"/>
      </w:tblPr>
      <w:tblGrid>
        <w:gridCol w:w="4877"/>
        <w:gridCol w:w="4877"/>
      </w:tblGrid>
      <w:tr>
        <w:trPr>
          <w:trHeight w:hRule="exact" w:val="7492"/>
        </w:trPr>
        <w:tc>
          <w:tcPr>
            <w:tcW w:type="dxa" w:w="304"/>
            <w:tcBorders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6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utoSpaceDN w:val="0"/>
              <w:autoSpaceDE w:val="0"/>
              <w:widowControl/>
              <w:spacing w:line="240" w:lineRule="auto" w:before="28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utoSpaceDN w:val="0"/>
              <w:autoSpaceDE w:val="0"/>
              <w:widowControl/>
              <w:spacing w:line="240" w:lineRule="auto" w:before="28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utoSpaceDN w:val="0"/>
              <w:autoSpaceDE w:val="0"/>
              <w:widowControl/>
              <w:spacing w:line="240" w:lineRule="auto" w:before="28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70"/>
            <w:tcBorders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6" w:lineRule="exact" w:before="0" w:after="0"/>
              <w:ind w:left="92" w:right="158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ตและสิ่งส่งมอบ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ำหนดชัดเจนตั้งแต่ต้นโ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จึงวางแผนและตรวจรับเป็นงวดได้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ระบบมีหลายโมดูลที่ส่งมอบต่อเนื่อง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จึงพัฒนาและทดสอบทีละส่วนเพื่อลด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วามเสี่ยง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รบถ้วนตามมาตรฐาน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ISO/IEC 29110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ที่เน้น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Traceability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(Audit)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และตรวจรับงานได้อย่างเป็นทาง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5 Organization</w:t>
      </w:r>
    </w:p>
    <w:p>
      <w:pPr>
        <w:autoSpaceDN w:val="0"/>
        <w:autoSpaceDE w:val="0"/>
        <w:widowControl/>
        <w:spacing w:line="210" w:lineRule="exact" w:before="326" w:after="14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5.1 Role &amp; Responsibility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ชื่อย่อ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อีเมล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รายละเอียดหน้าที่</w:t>
            </w:r>
          </w:p>
        </w:tc>
      </w:tr>
      <w:tr>
        <w:trPr>
          <w:trHeight w:hRule="exact" w:val="99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Manager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(ApS)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ประทีป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apirach.s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@brn.co.t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Charter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Timeline,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Resource, Risk, Quality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จัดประชุมและติดตาม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ืบหน้า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System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Analyst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(NoC)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พงษ์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noppong.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c@brn.co.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็บและวิเ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องงานพัฒนา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Developer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(ThS)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54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1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thanakorn.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s@brn.co.t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พัฒนาโมดูลและ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API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้อมูลและประสิทธิภาพ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ดูแล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พร่องที่พบจา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QA / Tester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(PaNg)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parin.n@b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Procedures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พร่องและทดสอบซ้ำ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สนับสนุนผู้ใช้งานช่วง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(YaB)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yaowalak.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b@brn.co.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ุมรหัสเอ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สารและเวอร์ชัน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ประสาน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ารทบทวนและอนุมัติ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Sponsor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(SeV)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ธรณ์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seri.v@brn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ตัดสินใจเชิง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ลยุทธ์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ารยอมรับและตรวจรับส่งมอบ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6 Project Estimate</w:t>
      </w:r>
    </w:p>
    <w:p>
      <w:pPr>
        <w:autoSpaceDN w:val="0"/>
        <w:autoSpaceDE w:val="0"/>
        <w:widowControl/>
        <w:spacing w:line="210" w:lineRule="exact" w:before="340" w:after="13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6.1 Size of the Software Work Products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Product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สารบริหารโ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(PM Process)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(SI Process)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(Customer Requirements)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80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(CR01–CR14)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(SRS)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(SR01–SR09)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Unit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(UN01–UN13)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4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3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10" w:lineRule="exact" w:before="464" w:after="14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6.2 Effort Man-Day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หน้าที่หลั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(Man-Day)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ประสานงาน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ติดตามแผน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120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พัฒนาระบบและแ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100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 / Tester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วางแผนทดสอบ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</w:tr>
    </w:tbl>
    <w:p>
      <w:pPr>
        <w:autoSpaceDN w:val="0"/>
        <w:autoSpaceDE w:val="0"/>
        <w:widowControl/>
        <w:spacing w:line="430" w:lineRule="exact" w:before="196" w:after="204"/>
        <w:ind w:left="256" w:right="748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7 Project Resources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Human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Team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Management (PM, Document Control)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Implementation (SA, Developer, QA)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Sponsor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19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Computer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Notebook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สำหรับทีมพัฒนาและทดสอบ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Server (Repository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Internal Testing Server (PHP 8, MariaDB, Node.js)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Production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สำหรับใช้งานจริง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รื่องอ่านบาร์โ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้ดสำหรับทดสอบ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</w:p>
        </w:tc>
      </w:tr>
    </w:tbl>
    <w:p>
      <w:pPr>
        <w:autoSpaceDN w:val="0"/>
        <w:autoSpaceDE w:val="0"/>
        <w:widowControl/>
        <w:spacing w:line="344" w:lineRule="exact" w:before="298" w:after="204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8 Work Schedule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แผน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232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ตั้งแต่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5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ถึง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24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รรม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ผู้รับผิดชอบ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และสิ่งส่งมอบราย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รรม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200-WMS-26-001-00 Work Schedule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ซึ่งเป็นส่วนหนึ่ง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Project Plan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Initiation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Statement of Work, Stakeholder Register, Project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Charter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Planning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18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Requirements, Software Project Plan, Work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Schedule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Execution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29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SRS, Software Design,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ระบบที่พัฒนาแล้ว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Components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Verification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Case, Test Report, Verification Results, Validation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Results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Close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 Report, Training Report, List of Evidence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9 Risk Management Plan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องแผนบริหาร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ือระบุแนวทางจัด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ารบรรลุเป้าหมาย</w:t>
      </w:r>
    </w:p>
    <w:p>
      <w:pPr>
        <w:autoSpaceDN w:val="0"/>
        <w:autoSpaceDE w:val="0"/>
        <w:widowControl/>
        <w:spacing w:line="244" w:lineRule="exact" w:before="56" w:after="19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ภายในเวลา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งบประมาณ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ตั้งแต่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Initiation, Planning, Execution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จนถึง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Close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บทบาทผู้รับ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ผิดชอบ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Manager (Owner),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ทีมพัฒนา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PM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ทีมพัฒนารายงาน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เสี่ยงให้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ทบทวน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ทบทวนทุ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งวดรายงาน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้าวหน้า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วามเสี่ยงใหม่และ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Progress Status Record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ตารางระบุ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084"/>
      </w:tblGrid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0" w:right="0" w:firstLine="0"/>
              <w:jc w:val="center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ลำดับ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วามเสี่ยง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(Risk)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62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ประเภท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าสเ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ิด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ผล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ระทบ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138" w:right="140" w:firstLine="8"/>
              <w:jc w:val="both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ระดับ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เสี่ยง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72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แนวทางป้อง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(Mitigation)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แผนรับมือ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(Contingency 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Plan)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0" w:right="0" w:firstLine="0"/>
              <w:jc w:val="center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ผู้รับผิดชอบ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R1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วามต้อง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เปลี่ยนแปลงระหว่าง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พัฒนา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ระบวน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Baseline 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วามต้อง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และทบทวนทุ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งวด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จัดทำ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Change Report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จัดลำดับ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วามสำ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ัญใหม่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ApS / NoC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R2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52" w:firstLine="0"/>
              <w:jc w:val="both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ทีมพัฒนาไม่เพียงพอ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าดทั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ษะเฉพาะ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ทาง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บุ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ถ่ายทอด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วามรู้ภายในทีมและ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จัดทำเอ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สารประ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อบ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ออนุมัติจัดหาผู้เชี่ยวชาญ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เพิ่มเฉพาะงาน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ApS</w:t>
            </w:r>
          </w:p>
        </w:tc>
      </w:tr>
      <w:tr>
        <w:trPr>
          <w:trHeight w:hRule="exact" w:val="766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R3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ยอดสิน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ลังไม่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เท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โนโลยี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ใช้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Transaction,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ตรวจสอบ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้อมูลนำเ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และล็อ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88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ตรวจสอบและปรับปรุงยอด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 Correction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4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Register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ThS / PaNg</w:t>
            </w:r>
          </w:p>
        </w:tc>
      </w:tr>
      <w:tr>
        <w:trPr>
          <w:trHeight w:hRule="exact" w:val="54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R4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้อมูลรั่วไหล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้ามบริษัท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หรือสิทธิ์ไม่รัด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ุม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วามปลอดภัย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Role Guard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br/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อบเ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ตบริษัทฝั่งเซิร์ฟเวอร์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ปิดช่องโหว่ทันทีและทดสอบ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สิทธิ์เชิงลบซ้ำ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ThS / PaNg</w:t>
            </w:r>
          </w:p>
        </w:tc>
      </w:tr>
      <w:tr>
        <w:trPr>
          <w:trHeight w:hRule="exact" w:val="54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R5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8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่าตั้ง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่าหรือ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รั่วไหล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วามปลอดภัย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เว้นไฟล์ตั้ง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่าจา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Git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วามลับตอนติดตั้ง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เปลี่ยน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วามลับและตรวจ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สอบประวัติ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้าถึง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ThS</w:t>
            </w:r>
          </w:p>
        </w:tc>
      </w:tr>
      <w:tr>
        <w:trPr>
          <w:trHeight w:hRule="exact" w:val="554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R6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8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้อมูลสูญหายระหว่าง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พัฒนาหรือใช้งาน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เท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โนโลยี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สำรอง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Git 2 Remote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สำรองฐาน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้อมูลรายวัน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ู้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ืนจา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ชุดสำรองตาม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ั้น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ตอนใน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ู่มือ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ThS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R7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หลั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ฐาน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ารทดสอบ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และตรวจรับไม่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ถ้วน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ระบวน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ษา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ารสอบ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ลับสอง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ทิศทางและบันทึ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ผลทุ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รั้ง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ทดสอบซ้ำและบันทึ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หลั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ฐาน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่อนตรวจรับ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PaNg / YaB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R8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ผู้ใช้ไม่ยอมรับระบบ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(UAT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ไม่ผ่าน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)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ผู้ใช้งาน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ให้ผู้ใช้ร่วมทบทวน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br/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ารและสาธิตระบบระหว่าง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พัฒนา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ปรับปรุงตาม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Feedback 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3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ารยอมรับใหม่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ApS / 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430" w:lineRule="exact" w:before="264" w:after="190"/>
        <w:ind w:left="256" w:right="345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10 Contingency Actions for Non-Completed Tasks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แผนรองรับสำหรับ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รณีงานไม่แล้วเสร็จตาม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(Non-Completed Task)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สาเหตุที่พบบ่อย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ระทบที่อาจ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แผนรองรับเมื่อเ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ิดเหตุ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ชอบ</w:t>
            </w:r>
          </w:p>
        </w:tc>
      </w:tr>
      <w:tr>
        <w:trPr>
          <w:trHeight w:hRule="exact" w:val="99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งานไม่เสร็จภายใน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(Due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Date)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50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ประเมินเวลาผิดพลาด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หรือทรัพยา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รไม่เพียง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พอ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Timeline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ำหนดส่งมอบ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ประชุมด่วนเพื่อประเมินสถานะ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จัดลำดับ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ัญใหม่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ปรับแผน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งานล่าช้าเพราะ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ลาป่วย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หรือไม่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พร้อมปฏิบัติงาน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้างสะสมและ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ภาระงาน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4" w:right="266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ถ่ายทอด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ให้ผู้ปฏิบัติแทน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ออนุมัติจัดหาผู้ช่วย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เฉพาะงาน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้างเพราะรอ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ต้นล่าช้า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ไม่สามารถพัฒนา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หรือทดสอบต่อได้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แจ้งเตือนเป็นลายลั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ษณ์อั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ยังไม่พร้อมออ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และนัดยืนยัน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Timeline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ApS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24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งานไม่เสร็จเพราะ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พร่องซ้ำ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ซ้อน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18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วามซับซ้อนสูงหรือ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ารทดสอบระยะ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วามล่าช้าใน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ารพัฒนาและ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จัดลำดับ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วามรุนแรง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งานพัฒนาใหม่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ทดสอบซ้ำ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ThS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งานล่าช้าเพราะ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ตเปลี่ยนหลัง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เริ่มงาน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ระทบแผนงาน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และสิ่งส่งมอบ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Change Report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ารต่อ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ApS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432" w:lineRule="exact" w:before="192" w:after="0"/>
        <w:ind w:left="256" w:right="460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11 Document and Repository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รูปแบบไฟล์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(File Format)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ำหนดชื่อไฟล์ให้ใช้รูปแบบดังนี้</w:t>
      </w:r>
    </w:p>
    <w:p>
      <w:pPr>
        <w:autoSpaceDN w:val="0"/>
        <w:autoSpaceDE w:val="0"/>
        <w:widowControl/>
        <w:spacing w:line="240" w:lineRule="auto" w:before="254" w:after="196"/>
        <w:ind w:left="256" w:right="0" w:firstLine="0"/>
        <w:jc w:val="left"/>
      </w:pP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[Project code] [Document name] [yyyymmdd] V[version] [editor name].[ext.]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[Project code]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ารตามส่วนงานบัญชี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[Document name]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Progress Status Record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[yyyymmdd]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สารตามปีพุทธศั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ราช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25690817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[version]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1.0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[editor name]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ตัวย่อ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องชื่อผู้จัดทำ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ApS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[ext.]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ุลไฟล์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pdf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19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าศเวอร์ชัน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(Version Declaration)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สารแต่ละเวอร์ชันแย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ไฟล์เพื่อให้ตรวจสอบย้อนหลังได้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โดยใช้รูป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Major.Minor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(Version)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0.1 (Draft)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ร่างเอ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สารฉบับแร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(Version)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0.2 (Draft)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ปรับปรุงตามผล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ารทบทวน</w:t>
            </w:r>
          </w:p>
        </w:tc>
      </w:tr>
      <w:tr>
        <w:trPr>
          <w:trHeight w:hRule="exact" w:val="452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 (Release)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อนุมัติใช้เป็นเอ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1.1 (Revision)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สารหลังอนุมัติ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Project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Git Server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เป็นศูนย์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ลางใน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ุมเวอร์ชัน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Source Code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</w:p>
    <w:p>
      <w:pPr>
        <w:autoSpaceDN w:val="0"/>
        <w:autoSpaceDE w:val="0"/>
        <w:widowControl/>
        <w:spacing w:line="244" w:lineRule="exact" w:before="56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ทั้งหมดที่เ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(Repository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Location)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ทีมงานเ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ารนี้เ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(Access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สมาชิ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ารได้รับสิทธิ์ตามบทบาท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Manager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System Analyst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Merge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็บไฟล์งาน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(File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Storage Rules)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และไฟล์ที่สร้างจา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รื่องส่วนบุ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ต้องนำ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ภายในเวลาที่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9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Project Repository Backup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เพื่อป้อง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ารสูญหาย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Git Server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(Responsibility)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มอบหมาย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Developer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้อมูลสำรองอย่างสม่ำเสมอ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Methods)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Backup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Export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Frequency)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้อมูลสำรองทุ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02:00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.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roject-pl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