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พื้นที่สำรองสำหรับใช้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Project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รณีที่เ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2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ที่อยู่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2" w:right="0" w:firstLine="0"/>
              <w:jc w:val="left"/>
            </w:pP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ารส่งมอบหรือปรับปรุง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และชุดสิ้นเดือนเ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BK-001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้าถึงได้และมี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BK-002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BK-003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ชุดสำรองสู่สภาพแวดล้อมทดสอบ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BK-004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้อมูลที่สูญหายเป็น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ชุดสำรองล่าสุดที่ผ่าน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Restore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้อมูลสู่เ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Baseline, Tag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หยุดบริ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แล้วตรวจสอบสถานะระบบตาม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