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25690105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ตงานและหนังสือเชิญประชุมเปิดโ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Duration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เรื่อง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: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ตงานโ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และนัดประชุมเปิดโ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เรียน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หัวหน้าฝ่าย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ระจายอยู่หลายระบบ</w:t>
      </w:r>
    </w:p>
    <w:p>
      <w:pPr>
        <w:autoSpaceDN w:val="0"/>
        <w:autoSpaceDE w:val="0"/>
        <w:widowControl/>
        <w:spacing w:line="244" w:lineRule="exact" w:before="5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และบางส่วนยังใช้เอ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ระดาษ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ซึ่งปัจจุบันพบว่ามี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องยอดสิน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วามรวดเร็วใน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และงานบัญชี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ผู้บริหารจึงเล็งเห็น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วามจำเป็นใน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(Warehouse Management System)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ารปฏิบัติงานมี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ตรวจสอบย้อน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และรองรับ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ารเติบโต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ดังนั้น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อนัดประชุมเพื่อหารือร่วม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ันระหว่างทุ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รับฟัง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้อเสนอแนะจา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ฝ่ายจัดซื้อ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ำหนดแนวทางและ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วางแผนดำเนิน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09.00 – 11.00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สถานที่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ห้องประชุม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: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ผู้บริหาร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/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หัวหน้าฝ่ายที่เ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1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6" w:type="dxa"/>
      </w:tblPr>
      <w:tblGrid>
        <w:gridCol w:w="3252"/>
        <w:gridCol w:w="3252"/>
        <w:gridCol w:w="3252"/>
      </w:tblGrid>
      <w:tr>
        <w:trPr>
          <w:trHeight w:hRule="exact" w:val="354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54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Web-based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รองรับหลายบริษัทและหลาย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</w:p>
        </w:tc>
        <w:tc>
          <w:tcPr>
            <w:tcW w:type="dxa" w:w="810"/>
            <w:vMerge w:val="restart"/>
            <w:tcBorders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360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ารรับเ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จ่ายออ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โอนย้าย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ตรวจนับ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พร้อมติดตาม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และวันหมดอายุ</w:t>
            </w:r>
          </w:p>
        </w:tc>
        <w:tc>
          <w:tcPr>
            <w:tcW w:type="dxa" w:w="3252"/>
            <w:vMerge/>
            <w:tcBorders>
              <w:bottom w:sz="4" w:val="single" w:color="595959"/>
            </w:tcBorders>
          </w:tcPr>
          <w:p/>
        </w:tc>
      </w:tr>
      <w:tr>
        <w:trPr>
          <w:trHeight w:hRule="exact" w:val="1692"/>
        </w:trPr>
        <w:tc>
          <w:tcPr>
            <w:tcW w:type="dxa" w:w="304"/>
            <w:tcBorders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0"/>
            <w:tcBorders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้อผิดพลาดจา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ารทำงานด้วยมือ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</w:p>
        </w:tc>
        <w:tc>
          <w:tcPr>
            <w:tcW w:type="dxa" w:w="3252"/>
            <w:vMerge/>
            <w:tcBorders>
              <w:bottom w:sz="4" w:val="single" w:color="595959"/>
            </w:tcBorders>
          </w:tcPr>
          <w:p/>
        </w:tc>
      </w:tr>
    </w:tbl>
    <w:p>
      <w:pPr>
        <w:sectPr>
          <w:headerReference w:type="default" r:id="rId15"/>
          <w:footerReference w:type="default" r:id="rId16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รองรับงาน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้อมูลระหว่างบริษัท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ารแจ้งเตือนแบบ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องบริษัทและเชิญผู้ใช้งาน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 / Admin / Staff / Viewer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ประเภทผู้ติดต่อและผู้ติดต่อ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(Quotation)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Request)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(Journal / GL)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Lot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ุมสถานะและวงจรชีวิต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/ Socket.IO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apache, mariadb, node/pm2)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3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Schedule)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(CH-001–CH-003)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baseline 6c39700)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4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้อย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เว้นและ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ารจัดหาเ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รณ์เ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รื่องอ่านบาร์โ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ารภายนอ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เว้นแต่ได้รับอนุมัติแย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ต่าง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ารย้าย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ระบบเดิม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ารเชื่อมต่อ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ERP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ารภายนอ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ผู้มีส่วนได้ส่วนเสียต้องให้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และร่วมทดสอบตาม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5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แผนงานและหลั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ช่วงงาน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เริ่มต้นและวางแผนโ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และส่งมอบ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วันสิ้นสุดโ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6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ฟัง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์ชันใน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ไม่มี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พร่องระดับวิ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ฤตที่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ู่มือติดตั้ง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ู่มือผู้ดูแลระบบ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ู่มือบำรุงรั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(Verification)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(Validation)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ารลงนามโดยผู้มี</w:t>
      </w:r>
    </w:p>
    <w:p>
      <w:pPr>
        <w:autoSpaceDN w:val="0"/>
        <w:autoSpaceDE w:val="0"/>
        <w:widowControl/>
        <w:spacing w:line="244" w:lineRule="exact" w:before="70" w:after="1960"/>
        <w:ind w:left="652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อำนาจ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7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ุม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หรือสิ่งส่งมอบ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Change Report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และได้รับ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่อนดำเนิน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ทดสอบที่เ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จึงเรียนมาเพื่อโปรดพิจารณาและเ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้าร่วมประชุมโดยพร้อมเพรียง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